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6F66BC" w14:textId="77777777" w:rsidR="00575547" w:rsidRDefault="00575547">
      <w:pPr>
        <w:spacing w:after="0"/>
        <w:jc w:val="left"/>
        <w:rPr>
          <w:b/>
        </w:rPr>
      </w:pPr>
      <w:r w:rsidRPr="00954F67">
        <w:rPr>
          <w:rFonts w:cs="Arial"/>
          <w:noProof/>
          <w:szCs w:val="24"/>
        </w:rPr>
        <w:drawing>
          <wp:inline distT="0" distB="0" distL="0" distR="0" wp14:anchorId="02A80C5E" wp14:editId="03EF349D">
            <wp:extent cx="714375" cy="504825"/>
            <wp:effectExtent l="0" t="0" r="9525" b="9525"/>
            <wp:docPr id="1" name="Picture 1" descr="преузимањ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преузимање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C504D9" w14:textId="77777777" w:rsidR="00CB4640" w:rsidRDefault="00575547">
      <w:pPr>
        <w:spacing w:after="0"/>
        <w:jc w:val="left"/>
      </w:pPr>
      <w:proofErr w:type="spellStart"/>
      <w:r>
        <w:rPr>
          <w:b/>
        </w:rPr>
        <w:t>Република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Србија</w:t>
      </w:r>
      <w:proofErr w:type="spellEnd"/>
    </w:p>
    <w:p w14:paraId="3A57EEC5" w14:textId="77777777" w:rsidR="00CB4640" w:rsidRDefault="00575547">
      <w:pPr>
        <w:spacing w:after="0"/>
        <w:jc w:val="left"/>
      </w:pPr>
      <w:r>
        <w:rPr>
          <w:b/>
        </w:rPr>
        <w:t>Општина Аранђеловац</w:t>
      </w:r>
    </w:p>
    <w:p w14:paraId="5A6FD1CF" w14:textId="77777777" w:rsidR="00CB4640" w:rsidRDefault="00575547">
      <w:pPr>
        <w:spacing w:after="0"/>
        <w:jc w:val="left"/>
      </w:pPr>
      <w:r>
        <w:rPr>
          <w:b/>
        </w:rPr>
        <w:t>Општинска управа</w:t>
      </w:r>
    </w:p>
    <w:p w14:paraId="0ED0CEAA" w14:textId="1FA5D1C5" w:rsidR="00CB4640" w:rsidRDefault="00575547">
      <w:pPr>
        <w:spacing w:after="0"/>
        <w:jc w:val="left"/>
      </w:pPr>
      <w:proofErr w:type="spellStart"/>
      <w:r>
        <w:t>Број</w:t>
      </w:r>
      <w:proofErr w:type="spellEnd"/>
      <w:r>
        <w:t>: 111-</w:t>
      </w:r>
      <w:r w:rsidR="00017A98">
        <w:t>82</w:t>
      </w:r>
      <w:r>
        <w:t>/2026-01-4</w:t>
      </w:r>
    </w:p>
    <w:p w14:paraId="7B9508C6" w14:textId="77777777" w:rsidR="00CB4640" w:rsidRDefault="00575547">
      <w:pPr>
        <w:spacing w:after="0"/>
        <w:jc w:val="left"/>
      </w:pPr>
      <w:proofErr w:type="spellStart"/>
      <w:r>
        <w:t>Датум</w:t>
      </w:r>
      <w:proofErr w:type="spellEnd"/>
      <w:r>
        <w:t xml:space="preserve">: </w:t>
      </w:r>
      <w:r w:rsidR="009E5B43">
        <w:t>12</w:t>
      </w:r>
      <w:r>
        <w:t xml:space="preserve">.10.2026. </w:t>
      </w:r>
      <w:proofErr w:type="spellStart"/>
      <w:r>
        <w:t>године</w:t>
      </w:r>
      <w:proofErr w:type="spellEnd"/>
    </w:p>
    <w:p w14:paraId="1F7E9CE7" w14:textId="77777777" w:rsidR="00575547" w:rsidRDefault="00575547">
      <w:pPr>
        <w:spacing w:after="0"/>
        <w:jc w:val="left"/>
      </w:pPr>
    </w:p>
    <w:p w14:paraId="19205AC8" w14:textId="22446F6A" w:rsidR="00575547" w:rsidRDefault="00575547">
      <w:pPr>
        <w:spacing w:after="0"/>
        <w:jc w:val="left"/>
      </w:pPr>
      <w:proofErr w:type="spellStart"/>
      <w:r>
        <w:t>Датум</w:t>
      </w:r>
      <w:proofErr w:type="spellEnd"/>
      <w:r>
        <w:t xml:space="preserve"> </w:t>
      </w:r>
      <w:proofErr w:type="spellStart"/>
      <w:r>
        <w:t>оглашавања</w:t>
      </w:r>
      <w:proofErr w:type="spellEnd"/>
      <w:r>
        <w:t xml:space="preserve">: </w:t>
      </w:r>
      <w:r w:rsidR="009E5B43">
        <w:t>12</w:t>
      </w:r>
      <w:r>
        <w:t xml:space="preserve">.10.2026. </w:t>
      </w:r>
      <w:proofErr w:type="spellStart"/>
      <w:r>
        <w:t>године</w:t>
      </w:r>
      <w:proofErr w:type="spellEnd"/>
    </w:p>
    <w:p w14:paraId="094757FE" w14:textId="77777777" w:rsidR="00CB4640" w:rsidRDefault="00575547">
      <w:pPr>
        <w:spacing w:after="0"/>
        <w:jc w:val="left"/>
      </w:pPr>
      <w:proofErr w:type="spellStart"/>
      <w:r>
        <w:t>Датум</w:t>
      </w:r>
      <w:proofErr w:type="spellEnd"/>
      <w:r>
        <w:t xml:space="preserve"> </w:t>
      </w:r>
      <w:proofErr w:type="spellStart"/>
      <w:r>
        <w:t>истека</w:t>
      </w:r>
      <w:proofErr w:type="spellEnd"/>
      <w:r>
        <w:t xml:space="preserve"> </w:t>
      </w:r>
      <w:proofErr w:type="spellStart"/>
      <w:r>
        <w:t>рока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пријављивање</w:t>
      </w:r>
      <w:proofErr w:type="spellEnd"/>
      <w:r>
        <w:t xml:space="preserve">: </w:t>
      </w:r>
      <w:r w:rsidR="009E5B43">
        <w:t>20</w:t>
      </w:r>
      <w:r>
        <w:t xml:space="preserve">.10.2026. </w:t>
      </w:r>
      <w:proofErr w:type="spellStart"/>
      <w:r>
        <w:t>године</w:t>
      </w:r>
      <w:proofErr w:type="spellEnd"/>
    </w:p>
    <w:p w14:paraId="11075AA2" w14:textId="77777777" w:rsidR="00575547" w:rsidRDefault="00575547">
      <w:pPr>
        <w:spacing w:after="0"/>
        <w:jc w:val="left"/>
      </w:pPr>
    </w:p>
    <w:p w14:paraId="730A4A13" w14:textId="77777777" w:rsidR="009E5B43" w:rsidRDefault="009E5B43">
      <w:pPr>
        <w:ind w:firstLine="425"/>
      </w:pPr>
    </w:p>
    <w:p w14:paraId="622CA488" w14:textId="3672F413" w:rsidR="00CB4640" w:rsidRDefault="00575547">
      <w:pPr>
        <w:ind w:firstLine="425"/>
      </w:pP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чл</w:t>
      </w:r>
      <w:proofErr w:type="spellEnd"/>
      <w:r>
        <w:t>. 4. и 83. Закона о запосленима у аутономним покрајинама и јединицама локалне самоуправе („Службени гласник РС“, бр. 21/2016, 113/2017, 95/2018, 114/2021 и 92/2023) и члана 5.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 оглашава се:</w:t>
      </w:r>
    </w:p>
    <w:p w14:paraId="72788530" w14:textId="77777777" w:rsidR="009E5B43" w:rsidRDefault="009E5B43">
      <w:pPr>
        <w:keepNext/>
        <w:spacing w:before="160" w:after="200"/>
        <w:jc w:val="center"/>
        <w:rPr>
          <w:b/>
        </w:rPr>
      </w:pPr>
    </w:p>
    <w:p w14:paraId="65B0F1A3" w14:textId="072802FE" w:rsidR="00CB4640" w:rsidRDefault="00575547">
      <w:pPr>
        <w:keepNext/>
        <w:spacing w:before="160" w:after="200"/>
        <w:jc w:val="center"/>
      </w:pPr>
      <w:r>
        <w:rPr>
          <w:b/>
        </w:rPr>
        <w:t>ИНТЕРНИ КОНКУРС ЗА ПОПУЊАВАЊЕ ИЗВРШИЛАЧ</w:t>
      </w:r>
      <w:r w:rsidR="009E5B43">
        <w:rPr>
          <w:b/>
        </w:rPr>
        <w:t>K</w:t>
      </w:r>
      <w:r w:rsidR="009E5B43">
        <w:rPr>
          <w:b/>
          <w:lang w:val="sr-Cyrl-RS"/>
        </w:rPr>
        <w:t>ОГ</w:t>
      </w:r>
      <w:r>
        <w:rPr>
          <w:b/>
        </w:rPr>
        <w:t xml:space="preserve"> РАДН</w:t>
      </w:r>
      <w:r w:rsidR="009E5B43">
        <w:rPr>
          <w:b/>
          <w:lang w:val="sr-Cyrl-RS"/>
        </w:rPr>
        <w:t>ОГ</w:t>
      </w:r>
      <w:r w:rsidR="00DF1CCF">
        <w:rPr>
          <w:b/>
          <w:lang w:val="sr-Cyrl-RS"/>
        </w:rPr>
        <w:t xml:space="preserve"> </w:t>
      </w:r>
      <w:r>
        <w:rPr>
          <w:b/>
        </w:rPr>
        <w:t>МЕСТА СЛУЖБЕНИКА У ОПШТИНСКОЈ УПРАВИ ОПШТИНЕ АРАНЂЕЛОВАЦ</w:t>
      </w:r>
    </w:p>
    <w:p w14:paraId="065921EA" w14:textId="77777777" w:rsidR="009E5B43" w:rsidRDefault="009E5B43">
      <w:pPr>
        <w:keepNext/>
        <w:spacing w:before="160" w:after="80"/>
        <w:jc w:val="left"/>
        <w:rPr>
          <w:b/>
        </w:rPr>
      </w:pPr>
    </w:p>
    <w:p w14:paraId="5032DA33" w14:textId="135120F8" w:rsidR="00CB4640" w:rsidRDefault="00575547">
      <w:pPr>
        <w:keepNext/>
        <w:spacing w:before="160" w:after="80"/>
        <w:jc w:val="left"/>
        <w:rPr>
          <w:b/>
        </w:rPr>
      </w:pPr>
      <w:r>
        <w:rPr>
          <w:b/>
        </w:rPr>
        <w:t xml:space="preserve">I </w:t>
      </w:r>
      <w:proofErr w:type="spellStart"/>
      <w:r>
        <w:rPr>
          <w:b/>
        </w:rPr>
        <w:t>Орган</w:t>
      </w:r>
      <w:proofErr w:type="spellEnd"/>
      <w:r>
        <w:rPr>
          <w:b/>
        </w:rPr>
        <w:t xml:space="preserve"> у </w:t>
      </w:r>
      <w:proofErr w:type="spellStart"/>
      <w:r>
        <w:rPr>
          <w:b/>
        </w:rPr>
        <w:t>коме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радн</w:t>
      </w:r>
      <w:proofErr w:type="spellEnd"/>
      <w:r w:rsidR="009E5B43">
        <w:rPr>
          <w:b/>
          <w:lang w:val="sr-Cyrl-RS"/>
        </w:rPr>
        <w:t xml:space="preserve">о </w:t>
      </w:r>
      <w:proofErr w:type="spellStart"/>
      <w:r>
        <w:rPr>
          <w:b/>
        </w:rPr>
        <w:t>мест</w:t>
      </w:r>
      <w:proofErr w:type="spellEnd"/>
      <w:r w:rsidR="009E5B43">
        <w:rPr>
          <w:b/>
          <w:lang w:val="sr-Cyrl-RS"/>
        </w:rPr>
        <w:t>о</w:t>
      </w:r>
      <w:r>
        <w:rPr>
          <w:b/>
        </w:rPr>
        <w:t xml:space="preserve"> </w:t>
      </w:r>
      <w:proofErr w:type="spellStart"/>
      <w:r>
        <w:rPr>
          <w:b/>
        </w:rPr>
        <w:t>попуњава</w:t>
      </w:r>
      <w:proofErr w:type="spellEnd"/>
      <w:r>
        <w:rPr>
          <w:b/>
        </w:rPr>
        <w:t>:</w:t>
      </w:r>
    </w:p>
    <w:p w14:paraId="49E9A427" w14:textId="53819353" w:rsidR="00CB4640" w:rsidRDefault="00575547">
      <w:proofErr w:type="spellStart"/>
      <w:r>
        <w:t>Општинска</w:t>
      </w:r>
      <w:proofErr w:type="spellEnd"/>
      <w:r>
        <w:t xml:space="preserve"> </w:t>
      </w:r>
      <w:proofErr w:type="spellStart"/>
      <w:r>
        <w:t>управа</w:t>
      </w:r>
      <w:proofErr w:type="spellEnd"/>
      <w:r>
        <w:t xml:space="preserve"> </w:t>
      </w:r>
      <w:r w:rsidR="000B63AC">
        <w:rPr>
          <w:lang w:val="sr-Cyrl-RS"/>
        </w:rPr>
        <w:t>о</w:t>
      </w:r>
      <w:proofErr w:type="spellStart"/>
      <w:r>
        <w:t>пштине</w:t>
      </w:r>
      <w:proofErr w:type="spellEnd"/>
      <w:r>
        <w:t xml:space="preserve"> </w:t>
      </w:r>
      <w:proofErr w:type="spellStart"/>
      <w:r>
        <w:t>Аранђеловац</w:t>
      </w:r>
      <w:proofErr w:type="spellEnd"/>
      <w:r>
        <w:t xml:space="preserve">, </w:t>
      </w:r>
      <w:proofErr w:type="spellStart"/>
      <w:r>
        <w:t>Венац</w:t>
      </w:r>
      <w:proofErr w:type="spellEnd"/>
      <w:r>
        <w:t xml:space="preserve"> </w:t>
      </w:r>
      <w:proofErr w:type="spellStart"/>
      <w:r>
        <w:t>Слободе</w:t>
      </w:r>
      <w:proofErr w:type="spellEnd"/>
      <w:r>
        <w:t xml:space="preserve"> број 10</w:t>
      </w:r>
    </w:p>
    <w:p w14:paraId="234B4CE7" w14:textId="2A6A74A8" w:rsidR="00CB4640" w:rsidRDefault="00575547">
      <w:pPr>
        <w:keepNext/>
        <w:spacing w:before="160" w:after="80"/>
        <w:jc w:val="left"/>
      </w:pPr>
      <w:r>
        <w:rPr>
          <w:b/>
        </w:rPr>
        <w:t xml:space="preserve">II </w:t>
      </w:r>
      <w:proofErr w:type="spellStart"/>
      <w:r>
        <w:rPr>
          <w:b/>
        </w:rPr>
        <w:t>Радн</w:t>
      </w:r>
      <w:proofErr w:type="spellEnd"/>
      <w:r w:rsidR="009E5B43">
        <w:rPr>
          <w:b/>
          <w:lang w:val="sr-Cyrl-RS"/>
        </w:rPr>
        <w:t>о</w:t>
      </w:r>
      <w:r>
        <w:rPr>
          <w:b/>
        </w:rPr>
        <w:t xml:space="preserve"> </w:t>
      </w:r>
      <w:proofErr w:type="spellStart"/>
      <w:r>
        <w:rPr>
          <w:b/>
        </w:rPr>
        <w:t>мест</w:t>
      </w:r>
      <w:proofErr w:type="spellEnd"/>
      <w:r w:rsidR="009E5B43">
        <w:rPr>
          <w:b/>
          <w:lang w:val="sr-Cyrl-RS"/>
        </w:rPr>
        <w:t>о</w:t>
      </w:r>
      <w:r>
        <w:rPr>
          <w:b/>
        </w:rPr>
        <w:t xml:space="preserve"> </w:t>
      </w:r>
      <w:proofErr w:type="spellStart"/>
      <w:r>
        <w:rPr>
          <w:b/>
        </w:rPr>
        <w:t>кој</w:t>
      </w:r>
      <w:proofErr w:type="spellEnd"/>
      <w:r w:rsidR="009E5B43">
        <w:rPr>
          <w:b/>
          <w:lang w:val="sr-Cyrl-RS"/>
        </w:rPr>
        <w:t>е</w:t>
      </w:r>
      <w:r>
        <w:rPr>
          <w:b/>
        </w:rPr>
        <w:t xml:space="preserve"> </w:t>
      </w:r>
      <w:proofErr w:type="spellStart"/>
      <w:r>
        <w:rPr>
          <w:b/>
        </w:rPr>
        <w:t>се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попуњав</w:t>
      </w:r>
      <w:proofErr w:type="spellEnd"/>
      <w:r w:rsidR="000B63AC">
        <w:rPr>
          <w:b/>
          <w:lang w:val="sr-Cyrl-RS"/>
        </w:rPr>
        <w:t>а</w:t>
      </w:r>
      <w:r>
        <w:rPr>
          <w:b/>
        </w:rPr>
        <w:t>:</w:t>
      </w:r>
    </w:p>
    <w:p w14:paraId="1AD20081" w14:textId="77777777" w:rsidR="00CB4640" w:rsidRDefault="009E5B43" w:rsidP="007C336A">
      <w:pPr>
        <w:keepNext/>
        <w:spacing w:before="180" w:after="80"/>
      </w:pPr>
      <w:r>
        <w:rPr>
          <w:b/>
          <w:lang w:val="sr-Cyrl-RS"/>
        </w:rPr>
        <w:t>Финансијски књиговођа трезора</w:t>
      </w:r>
      <w:r w:rsidR="00575547">
        <w:rPr>
          <w:b/>
        </w:rPr>
        <w:t xml:space="preserve"> у </w:t>
      </w:r>
      <w:proofErr w:type="spellStart"/>
      <w:r w:rsidR="00575547">
        <w:rPr>
          <w:b/>
        </w:rPr>
        <w:t>Одељењу</w:t>
      </w:r>
      <w:proofErr w:type="spellEnd"/>
      <w:r w:rsidR="00575547">
        <w:rPr>
          <w:b/>
        </w:rPr>
        <w:t xml:space="preserve"> </w:t>
      </w:r>
      <w:proofErr w:type="spellStart"/>
      <w:r w:rsidR="00575547">
        <w:rPr>
          <w:b/>
        </w:rPr>
        <w:t>за</w:t>
      </w:r>
      <w:proofErr w:type="spellEnd"/>
      <w:r w:rsidR="00575547">
        <w:rPr>
          <w:b/>
        </w:rPr>
        <w:t xml:space="preserve"> </w:t>
      </w:r>
      <w:proofErr w:type="spellStart"/>
      <w:r w:rsidR="00575547">
        <w:rPr>
          <w:b/>
        </w:rPr>
        <w:t>финансије</w:t>
      </w:r>
      <w:proofErr w:type="spellEnd"/>
      <w:r w:rsidR="00575547">
        <w:rPr>
          <w:b/>
        </w:rPr>
        <w:t xml:space="preserve"> и </w:t>
      </w:r>
      <w:proofErr w:type="spellStart"/>
      <w:r w:rsidR="00575547">
        <w:rPr>
          <w:b/>
        </w:rPr>
        <w:t>рачуноводство</w:t>
      </w:r>
      <w:proofErr w:type="spellEnd"/>
      <w:r w:rsidR="00575547">
        <w:rPr>
          <w:b/>
        </w:rPr>
        <w:t xml:space="preserve">, у </w:t>
      </w:r>
      <w:proofErr w:type="spellStart"/>
      <w:r w:rsidR="00575547">
        <w:rPr>
          <w:b/>
        </w:rPr>
        <w:t>звању</w:t>
      </w:r>
      <w:proofErr w:type="spellEnd"/>
      <w:r w:rsidR="00575547">
        <w:rPr>
          <w:b/>
        </w:rPr>
        <w:t xml:space="preserve"> </w:t>
      </w:r>
      <w:r>
        <w:rPr>
          <w:b/>
          <w:lang w:val="sr-Cyrl-RS"/>
        </w:rPr>
        <w:t>виши референт</w:t>
      </w:r>
      <w:r w:rsidR="00575547">
        <w:rPr>
          <w:b/>
        </w:rPr>
        <w:t xml:space="preserve"> – 1 </w:t>
      </w:r>
      <w:proofErr w:type="spellStart"/>
      <w:r w:rsidR="00575547">
        <w:rPr>
          <w:b/>
        </w:rPr>
        <w:t>извршилац</w:t>
      </w:r>
      <w:proofErr w:type="spellEnd"/>
    </w:p>
    <w:p w14:paraId="056A0C64" w14:textId="2E0DC24A" w:rsidR="009E5B43" w:rsidRPr="00D22189" w:rsidRDefault="009E5B43" w:rsidP="009E5B43">
      <w:pPr>
        <w:spacing w:after="0"/>
        <w:ind w:firstLine="720"/>
        <w:rPr>
          <w:b/>
          <w:szCs w:val="24"/>
        </w:rPr>
      </w:pPr>
      <w:proofErr w:type="spellStart"/>
      <w:r w:rsidRPr="00B21799">
        <w:rPr>
          <w:b/>
          <w:szCs w:val="24"/>
        </w:rPr>
        <w:t>Опис</w:t>
      </w:r>
      <w:proofErr w:type="spellEnd"/>
      <w:r w:rsidRPr="00B21799">
        <w:rPr>
          <w:b/>
          <w:szCs w:val="24"/>
        </w:rPr>
        <w:t xml:space="preserve"> </w:t>
      </w:r>
      <w:proofErr w:type="spellStart"/>
      <w:r w:rsidRPr="00B21799">
        <w:rPr>
          <w:b/>
          <w:szCs w:val="24"/>
        </w:rPr>
        <w:t>послова</w:t>
      </w:r>
      <w:proofErr w:type="spellEnd"/>
      <w:r w:rsidRPr="00B21799">
        <w:rPr>
          <w:b/>
          <w:szCs w:val="24"/>
        </w:rPr>
        <w:t xml:space="preserve">: </w:t>
      </w:r>
      <w:proofErr w:type="spellStart"/>
      <w:r w:rsidRPr="000949DE">
        <w:rPr>
          <w:bCs/>
          <w:szCs w:val="24"/>
        </w:rPr>
        <w:t>евидентирање</w:t>
      </w:r>
      <w:proofErr w:type="spellEnd"/>
      <w:r w:rsidRPr="000949DE">
        <w:rPr>
          <w:bCs/>
          <w:szCs w:val="24"/>
        </w:rPr>
        <w:t xml:space="preserve"> </w:t>
      </w:r>
      <w:proofErr w:type="spellStart"/>
      <w:r w:rsidRPr="000949DE">
        <w:rPr>
          <w:bCs/>
          <w:szCs w:val="24"/>
        </w:rPr>
        <w:t>трансакција</w:t>
      </w:r>
      <w:proofErr w:type="spellEnd"/>
      <w:r w:rsidRPr="00B21799">
        <w:rPr>
          <w:b/>
          <w:szCs w:val="24"/>
        </w:rPr>
        <w:t xml:space="preserve"> </w:t>
      </w:r>
      <w:bookmarkStart w:id="0" w:name="_GoBack"/>
      <w:r w:rsidRPr="000949DE">
        <w:rPr>
          <w:bCs/>
          <w:szCs w:val="24"/>
        </w:rPr>
        <w:t>и</w:t>
      </w:r>
      <w:bookmarkEnd w:id="0"/>
      <w:r w:rsidRPr="00B21799">
        <w:rPr>
          <w:b/>
          <w:szCs w:val="24"/>
        </w:rPr>
        <w:t xml:space="preserve"> </w:t>
      </w:r>
      <w:proofErr w:type="spellStart"/>
      <w:r w:rsidRPr="00B21799">
        <w:rPr>
          <w:szCs w:val="24"/>
        </w:rPr>
        <w:t>пословних</w:t>
      </w:r>
      <w:proofErr w:type="spellEnd"/>
      <w:r w:rsidRPr="00B21799">
        <w:rPr>
          <w:szCs w:val="24"/>
        </w:rPr>
        <w:t xml:space="preserve"> </w:t>
      </w:r>
      <w:proofErr w:type="spellStart"/>
      <w:r w:rsidRPr="00B21799">
        <w:rPr>
          <w:szCs w:val="24"/>
        </w:rPr>
        <w:t>промена</w:t>
      </w:r>
      <w:proofErr w:type="spellEnd"/>
      <w:r w:rsidRPr="00B21799">
        <w:rPr>
          <w:szCs w:val="24"/>
        </w:rPr>
        <w:t xml:space="preserve"> (</w:t>
      </w:r>
      <w:proofErr w:type="spellStart"/>
      <w:r w:rsidRPr="00B21799">
        <w:rPr>
          <w:szCs w:val="24"/>
        </w:rPr>
        <w:t>прихода</w:t>
      </w:r>
      <w:proofErr w:type="spellEnd"/>
      <w:r w:rsidRPr="00B21799">
        <w:rPr>
          <w:szCs w:val="24"/>
        </w:rPr>
        <w:t xml:space="preserve"> и </w:t>
      </w:r>
      <w:proofErr w:type="spellStart"/>
      <w:r w:rsidRPr="00B21799">
        <w:rPr>
          <w:szCs w:val="24"/>
        </w:rPr>
        <w:t>примања</w:t>
      </w:r>
      <w:proofErr w:type="spellEnd"/>
      <w:r w:rsidRPr="00B21799">
        <w:rPr>
          <w:szCs w:val="24"/>
        </w:rPr>
        <w:t xml:space="preserve">, </w:t>
      </w:r>
      <w:proofErr w:type="spellStart"/>
      <w:r w:rsidRPr="00B21799">
        <w:rPr>
          <w:szCs w:val="24"/>
        </w:rPr>
        <w:t>расхода</w:t>
      </w:r>
      <w:proofErr w:type="spellEnd"/>
      <w:r w:rsidRPr="00B21799">
        <w:rPr>
          <w:szCs w:val="24"/>
        </w:rPr>
        <w:t xml:space="preserve"> и </w:t>
      </w:r>
      <w:proofErr w:type="spellStart"/>
      <w:r w:rsidRPr="00B21799">
        <w:rPr>
          <w:szCs w:val="24"/>
        </w:rPr>
        <w:t>издатака</w:t>
      </w:r>
      <w:proofErr w:type="spellEnd"/>
      <w:r w:rsidRPr="00B21799">
        <w:rPr>
          <w:szCs w:val="24"/>
        </w:rPr>
        <w:t>)</w:t>
      </w:r>
      <w:r w:rsidRPr="00B21799">
        <w:rPr>
          <w:szCs w:val="24"/>
          <w:lang w:val="sr-Cyrl-CS"/>
        </w:rPr>
        <w:t xml:space="preserve">; </w:t>
      </w:r>
      <w:proofErr w:type="spellStart"/>
      <w:r w:rsidRPr="00B21799">
        <w:rPr>
          <w:szCs w:val="24"/>
        </w:rPr>
        <w:t>евидентирање</w:t>
      </w:r>
      <w:proofErr w:type="spellEnd"/>
      <w:r w:rsidRPr="00B21799">
        <w:rPr>
          <w:szCs w:val="24"/>
        </w:rPr>
        <w:t xml:space="preserve"> </w:t>
      </w:r>
      <w:proofErr w:type="spellStart"/>
      <w:r w:rsidRPr="00B21799">
        <w:rPr>
          <w:szCs w:val="24"/>
        </w:rPr>
        <w:t>стања</w:t>
      </w:r>
      <w:proofErr w:type="spellEnd"/>
      <w:r w:rsidRPr="00B21799">
        <w:rPr>
          <w:szCs w:val="24"/>
        </w:rPr>
        <w:t xml:space="preserve"> и </w:t>
      </w:r>
      <w:proofErr w:type="spellStart"/>
      <w:r w:rsidRPr="00B21799">
        <w:rPr>
          <w:szCs w:val="24"/>
        </w:rPr>
        <w:t>промена</w:t>
      </w:r>
      <w:proofErr w:type="spellEnd"/>
      <w:r w:rsidRPr="00B21799">
        <w:rPr>
          <w:szCs w:val="24"/>
        </w:rPr>
        <w:t xml:space="preserve"> </w:t>
      </w:r>
      <w:proofErr w:type="spellStart"/>
      <w:r w:rsidRPr="00B21799">
        <w:rPr>
          <w:szCs w:val="24"/>
        </w:rPr>
        <w:t>на</w:t>
      </w:r>
      <w:proofErr w:type="spellEnd"/>
      <w:r w:rsidRPr="00B21799">
        <w:rPr>
          <w:szCs w:val="24"/>
        </w:rPr>
        <w:t xml:space="preserve"> </w:t>
      </w:r>
      <w:proofErr w:type="spellStart"/>
      <w:r w:rsidRPr="00B21799">
        <w:rPr>
          <w:szCs w:val="24"/>
        </w:rPr>
        <w:t>имовини</w:t>
      </w:r>
      <w:proofErr w:type="spellEnd"/>
      <w:r w:rsidRPr="00B21799">
        <w:rPr>
          <w:szCs w:val="24"/>
        </w:rPr>
        <w:t xml:space="preserve"> и </w:t>
      </w:r>
      <w:proofErr w:type="spellStart"/>
      <w:r w:rsidRPr="00B21799">
        <w:rPr>
          <w:szCs w:val="24"/>
        </w:rPr>
        <w:t>средствима</w:t>
      </w:r>
      <w:proofErr w:type="spellEnd"/>
      <w:r w:rsidRPr="00B21799">
        <w:rPr>
          <w:szCs w:val="24"/>
        </w:rPr>
        <w:t xml:space="preserve">, </w:t>
      </w:r>
      <w:proofErr w:type="spellStart"/>
      <w:r w:rsidRPr="00B21799">
        <w:rPr>
          <w:szCs w:val="24"/>
        </w:rPr>
        <w:t>обавезама</w:t>
      </w:r>
      <w:proofErr w:type="spellEnd"/>
      <w:r w:rsidRPr="00B21799">
        <w:rPr>
          <w:szCs w:val="24"/>
        </w:rPr>
        <w:t xml:space="preserve"> и </w:t>
      </w:r>
      <w:proofErr w:type="spellStart"/>
      <w:r w:rsidRPr="00B21799">
        <w:rPr>
          <w:szCs w:val="24"/>
        </w:rPr>
        <w:t>изворима</w:t>
      </w:r>
      <w:proofErr w:type="spellEnd"/>
      <w:r w:rsidRPr="00B21799">
        <w:rPr>
          <w:szCs w:val="24"/>
        </w:rPr>
        <w:t xml:space="preserve"> </w:t>
      </w:r>
      <w:proofErr w:type="spellStart"/>
      <w:r w:rsidRPr="00B21799">
        <w:rPr>
          <w:szCs w:val="24"/>
        </w:rPr>
        <w:t>финансирања</w:t>
      </w:r>
      <w:proofErr w:type="spellEnd"/>
      <w:r w:rsidRPr="00B21799">
        <w:rPr>
          <w:szCs w:val="24"/>
          <w:lang w:val="sr-Cyrl-CS"/>
        </w:rPr>
        <w:t>;</w:t>
      </w:r>
      <w:r>
        <w:rPr>
          <w:szCs w:val="24"/>
          <w:lang w:val="sr-Cyrl-CS"/>
        </w:rPr>
        <w:t xml:space="preserve"> </w:t>
      </w:r>
      <w:proofErr w:type="spellStart"/>
      <w:r w:rsidRPr="00B21799">
        <w:rPr>
          <w:szCs w:val="24"/>
        </w:rPr>
        <w:t>врши</w:t>
      </w:r>
      <w:proofErr w:type="spellEnd"/>
      <w:r w:rsidRPr="00B21799">
        <w:rPr>
          <w:szCs w:val="24"/>
        </w:rPr>
        <w:t xml:space="preserve"> </w:t>
      </w:r>
      <w:proofErr w:type="spellStart"/>
      <w:r w:rsidRPr="00B21799">
        <w:rPr>
          <w:szCs w:val="24"/>
        </w:rPr>
        <w:t>сравњења</w:t>
      </w:r>
      <w:proofErr w:type="spellEnd"/>
      <w:r w:rsidRPr="00B21799">
        <w:rPr>
          <w:szCs w:val="24"/>
        </w:rPr>
        <w:t xml:space="preserve">, </w:t>
      </w:r>
      <w:proofErr w:type="spellStart"/>
      <w:r w:rsidRPr="00B21799">
        <w:rPr>
          <w:szCs w:val="24"/>
        </w:rPr>
        <w:t>саставља</w:t>
      </w:r>
      <w:proofErr w:type="spellEnd"/>
      <w:r w:rsidRPr="00B21799">
        <w:rPr>
          <w:szCs w:val="24"/>
        </w:rPr>
        <w:t xml:space="preserve"> </w:t>
      </w:r>
      <w:proofErr w:type="spellStart"/>
      <w:r w:rsidRPr="00B21799">
        <w:rPr>
          <w:szCs w:val="24"/>
        </w:rPr>
        <w:t>записник</w:t>
      </w:r>
      <w:proofErr w:type="spellEnd"/>
      <w:r w:rsidRPr="00B21799">
        <w:rPr>
          <w:szCs w:val="24"/>
        </w:rPr>
        <w:t xml:space="preserve"> о </w:t>
      </w:r>
      <w:proofErr w:type="spellStart"/>
      <w:r w:rsidRPr="00B21799">
        <w:rPr>
          <w:szCs w:val="24"/>
        </w:rPr>
        <w:t>одступањима</w:t>
      </w:r>
      <w:proofErr w:type="spellEnd"/>
      <w:r w:rsidRPr="00B21799">
        <w:rPr>
          <w:szCs w:val="24"/>
        </w:rPr>
        <w:t xml:space="preserve"> </w:t>
      </w:r>
      <w:proofErr w:type="spellStart"/>
      <w:r w:rsidRPr="00B21799">
        <w:rPr>
          <w:szCs w:val="24"/>
        </w:rPr>
        <w:t>између</w:t>
      </w:r>
      <w:proofErr w:type="spellEnd"/>
      <w:r w:rsidRPr="00B21799">
        <w:rPr>
          <w:szCs w:val="24"/>
        </w:rPr>
        <w:t xml:space="preserve"> </w:t>
      </w:r>
      <w:proofErr w:type="spellStart"/>
      <w:r w:rsidRPr="00B21799">
        <w:rPr>
          <w:szCs w:val="24"/>
        </w:rPr>
        <w:t>пренетих</w:t>
      </w:r>
      <w:proofErr w:type="spellEnd"/>
      <w:r w:rsidRPr="00B21799">
        <w:rPr>
          <w:szCs w:val="24"/>
        </w:rPr>
        <w:t xml:space="preserve"> и </w:t>
      </w:r>
      <w:proofErr w:type="spellStart"/>
      <w:r w:rsidRPr="00B21799">
        <w:rPr>
          <w:szCs w:val="24"/>
        </w:rPr>
        <w:t>одобрених</w:t>
      </w:r>
      <w:proofErr w:type="spellEnd"/>
      <w:r w:rsidRPr="00B21799">
        <w:rPr>
          <w:szCs w:val="24"/>
        </w:rPr>
        <w:t xml:space="preserve"> </w:t>
      </w:r>
      <w:proofErr w:type="spellStart"/>
      <w:r w:rsidRPr="00B21799">
        <w:rPr>
          <w:szCs w:val="24"/>
        </w:rPr>
        <w:t>средстава</w:t>
      </w:r>
      <w:proofErr w:type="spellEnd"/>
      <w:r w:rsidRPr="00B21799">
        <w:rPr>
          <w:szCs w:val="24"/>
        </w:rPr>
        <w:t xml:space="preserve"> </w:t>
      </w:r>
      <w:proofErr w:type="spellStart"/>
      <w:r w:rsidRPr="00B21799">
        <w:rPr>
          <w:szCs w:val="24"/>
        </w:rPr>
        <w:t>са</w:t>
      </w:r>
      <w:proofErr w:type="spellEnd"/>
      <w:r w:rsidRPr="00B21799">
        <w:rPr>
          <w:szCs w:val="24"/>
        </w:rPr>
        <w:t xml:space="preserve"> </w:t>
      </w:r>
      <w:proofErr w:type="spellStart"/>
      <w:r w:rsidRPr="00B21799">
        <w:rPr>
          <w:szCs w:val="24"/>
        </w:rPr>
        <w:t>индиректним</w:t>
      </w:r>
      <w:proofErr w:type="spellEnd"/>
      <w:r w:rsidRPr="00B21799">
        <w:rPr>
          <w:szCs w:val="24"/>
        </w:rPr>
        <w:t xml:space="preserve"> </w:t>
      </w:r>
      <w:proofErr w:type="spellStart"/>
      <w:r w:rsidRPr="00B21799">
        <w:rPr>
          <w:szCs w:val="24"/>
        </w:rPr>
        <w:t>корисницима</w:t>
      </w:r>
      <w:proofErr w:type="spellEnd"/>
      <w:r w:rsidRPr="00B21799">
        <w:rPr>
          <w:szCs w:val="24"/>
        </w:rPr>
        <w:t xml:space="preserve"> </w:t>
      </w:r>
      <w:proofErr w:type="spellStart"/>
      <w:r w:rsidRPr="00B21799">
        <w:rPr>
          <w:szCs w:val="24"/>
        </w:rPr>
        <w:t>средстава</w:t>
      </w:r>
      <w:proofErr w:type="spellEnd"/>
      <w:r w:rsidRPr="00B21799">
        <w:rPr>
          <w:szCs w:val="24"/>
        </w:rPr>
        <w:t xml:space="preserve"> </w:t>
      </w:r>
      <w:proofErr w:type="spellStart"/>
      <w:r w:rsidRPr="00B21799">
        <w:rPr>
          <w:szCs w:val="24"/>
        </w:rPr>
        <w:t>сваког</w:t>
      </w:r>
      <w:proofErr w:type="spellEnd"/>
      <w:r w:rsidRPr="00B21799">
        <w:rPr>
          <w:szCs w:val="24"/>
        </w:rPr>
        <w:t xml:space="preserve"> </w:t>
      </w:r>
      <w:proofErr w:type="spellStart"/>
      <w:r w:rsidRPr="00B21799">
        <w:rPr>
          <w:szCs w:val="24"/>
        </w:rPr>
        <w:t>месеца</w:t>
      </w:r>
      <w:proofErr w:type="spellEnd"/>
      <w:r w:rsidRPr="00B21799">
        <w:rPr>
          <w:szCs w:val="24"/>
        </w:rPr>
        <w:t xml:space="preserve">, </w:t>
      </w:r>
      <w:proofErr w:type="spellStart"/>
      <w:r w:rsidRPr="00B21799">
        <w:rPr>
          <w:szCs w:val="24"/>
        </w:rPr>
        <w:t>из</w:t>
      </w:r>
      <w:proofErr w:type="spellEnd"/>
      <w:r w:rsidRPr="00B21799">
        <w:rPr>
          <w:szCs w:val="24"/>
        </w:rPr>
        <w:t xml:space="preserve"> </w:t>
      </w:r>
      <w:proofErr w:type="spellStart"/>
      <w:r w:rsidRPr="00B21799">
        <w:rPr>
          <w:szCs w:val="24"/>
        </w:rPr>
        <w:t>свих</w:t>
      </w:r>
      <w:proofErr w:type="spellEnd"/>
      <w:r w:rsidRPr="00B21799">
        <w:rPr>
          <w:szCs w:val="24"/>
        </w:rPr>
        <w:t xml:space="preserve"> </w:t>
      </w:r>
      <w:proofErr w:type="spellStart"/>
      <w:r w:rsidRPr="00B21799">
        <w:rPr>
          <w:szCs w:val="24"/>
        </w:rPr>
        <w:t>извора</w:t>
      </w:r>
      <w:proofErr w:type="spellEnd"/>
      <w:r w:rsidRPr="00B21799">
        <w:rPr>
          <w:szCs w:val="24"/>
        </w:rPr>
        <w:t xml:space="preserve"> </w:t>
      </w:r>
      <w:proofErr w:type="spellStart"/>
      <w:r w:rsidRPr="00B21799">
        <w:rPr>
          <w:szCs w:val="24"/>
        </w:rPr>
        <w:t>финансирања</w:t>
      </w:r>
      <w:proofErr w:type="spellEnd"/>
      <w:r w:rsidRPr="00B21799">
        <w:rPr>
          <w:szCs w:val="24"/>
          <w:lang w:val="sr-Cyrl-CS"/>
        </w:rPr>
        <w:t>;</w:t>
      </w:r>
      <w:r>
        <w:rPr>
          <w:szCs w:val="24"/>
          <w:lang w:val="sr-Cyrl-CS"/>
        </w:rPr>
        <w:t xml:space="preserve"> предузима управ</w:t>
      </w:r>
      <w:r w:rsidR="00DF1CCF">
        <w:rPr>
          <w:szCs w:val="24"/>
          <w:lang w:val="sr-Cyrl-CS"/>
        </w:rPr>
        <w:t>н</w:t>
      </w:r>
      <w:r>
        <w:rPr>
          <w:szCs w:val="24"/>
          <w:lang w:val="sr-Cyrl-CS"/>
        </w:rPr>
        <w:t xml:space="preserve">е радње; </w:t>
      </w:r>
      <w:proofErr w:type="spellStart"/>
      <w:r w:rsidRPr="00B21799">
        <w:rPr>
          <w:szCs w:val="24"/>
        </w:rPr>
        <w:t>обавља</w:t>
      </w:r>
      <w:proofErr w:type="spellEnd"/>
      <w:r w:rsidRPr="00B21799">
        <w:rPr>
          <w:szCs w:val="24"/>
        </w:rPr>
        <w:t xml:space="preserve"> и </w:t>
      </w:r>
      <w:proofErr w:type="spellStart"/>
      <w:r w:rsidRPr="00B21799">
        <w:rPr>
          <w:szCs w:val="24"/>
        </w:rPr>
        <w:t>друге</w:t>
      </w:r>
      <w:proofErr w:type="spellEnd"/>
      <w:r w:rsidRPr="00B21799">
        <w:rPr>
          <w:szCs w:val="24"/>
        </w:rPr>
        <w:t xml:space="preserve"> </w:t>
      </w:r>
      <w:proofErr w:type="spellStart"/>
      <w:r w:rsidRPr="00B21799">
        <w:rPr>
          <w:szCs w:val="24"/>
        </w:rPr>
        <w:t>послове</w:t>
      </w:r>
      <w:proofErr w:type="spellEnd"/>
      <w:r w:rsidRPr="00B21799">
        <w:rPr>
          <w:szCs w:val="24"/>
        </w:rPr>
        <w:t xml:space="preserve"> </w:t>
      </w:r>
      <w:proofErr w:type="spellStart"/>
      <w:r w:rsidRPr="00B21799">
        <w:rPr>
          <w:szCs w:val="24"/>
        </w:rPr>
        <w:t>по</w:t>
      </w:r>
      <w:proofErr w:type="spellEnd"/>
      <w:r w:rsidRPr="00B21799">
        <w:rPr>
          <w:szCs w:val="24"/>
        </w:rPr>
        <w:t xml:space="preserve"> </w:t>
      </w:r>
      <w:proofErr w:type="spellStart"/>
      <w:r w:rsidRPr="00B21799">
        <w:rPr>
          <w:szCs w:val="24"/>
        </w:rPr>
        <w:t>налогу</w:t>
      </w:r>
      <w:proofErr w:type="spellEnd"/>
      <w:r w:rsidR="00DF1CCF">
        <w:rPr>
          <w:szCs w:val="24"/>
          <w:lang w:val="sr-Cyrl-RS"/>
        </w:rPr>
        <w:t xml:space="preserve"> </w:t>
      </w:r>
      <w:proofErr w:type="spellStart"/>
      <w:r w:rsidRPr="00B21799">
        <w:rPr>
          <w:szCs w:val="24"/>
        </w:rPr>
        <w:t>руководиоца</w:t>
      </w:r>
      <w:proofErr w:type="spellEnd"/>
      <w:r w:rsidRPr="00B21799">
        <w:rPr>
          <w:szCs w:val="24"/>
        </w:rPr>
        <w:t xml:space="preserve"> </w:t>
      </w:r>
      <w:proofErr w:type="spellStart"/>
      <w:r w:rsidRPr="00B21799">
        <w:rPr>
          <w:szCs w:val="24"/>
        </w:rPr>
        <w:t>одељења</w:t>
      </w:r>
      <w:proofErr w:type="spellEnd"/>
      <w:r w:rsidRPr="00B21799">
        <w:rPr>
          <w:szCs w:val="24"/>
        </w:rPr>
        <w:t xml:space="preserve"> и </w:t>
      </w:r>
      <w:proofErr w:type="spellStart"/>
      <w:r w:rsidRPr="00B21799">
        <w:rPr>
          <w:szCs w:val="24"/>
        </w:rPr>
        <w:t>начелника</w:t>
      </w:r>
      <w:proofErr w:type="spellEnd"/>
      <w:r w:rsidRPr="00B21799">
        <w:rPr>
          <w:szCs w:val="24"/>
        </w:rPr>
        <w:t xml:space="preserve"> </w:t>
      </w:r>
      <w:proofErr w:type="spellStart"/>
      <w:r w:rsidRPr="00B21799">
        <w:rPr>
          <w:szCs w:val="24"/>
        </w:rPr>
        <w:t>општинске</w:t>
      </w:r>
      <w:proofErr w:type="spellEnd"/>
      <w:r w:rsidRPr="00B21799">
        <w:rPr>
          <w:szCs w:val="24"/>
        </w:rPr>
        <w:t xml:space="preserve"> </w:t>
      </w:r>
      <w:proofErr w:type="spellStart"/>
      <w:r w:rsidRPr="00B21799">
        <w:rPr>
          <w:szCs w:val="24"/>
        </w:rPr>
        <w:t>управе</w:t>
      </w:r>
      <w:proofErr w:type="spellEnd"/>
      <w:r w:rsidRPr="00B21799">
        <w:rPr>
          <w:szCs w:val="24"/>
        </w:rPr>
        <w:t>.</w:t>
      </w:r>
    </w:p>
    <w:p w14:paraId="5069FC4B" w14:textId="1DD496EB" w:rsidR="009E5B43" w:rsidRPr="00187A56" w:rsidRDefault="009E5B43" w:rsidP="009E5B43">
      <w:pPr>
        <w:spacing w:after="0"/>
        <w:ind w:firstLine="720"/>
        <w:rPr>
          <w:rFonts w:eastAsia="Times New Roman"/>
          <w:szCs w:val="24"/>
          <w:lang w:eastAsia="ar-SA"/>
        </w:rPr>
      </w:pPr>
      <w:proofErr w:type="spellStart"/>
      <w:r w:rsidRPr="00B21799">
        <w:rPr>
          <w:rFonts w:eastAsia="Times New Roman"/>
          <w:b/>
          <w:szCs w:val="24"/>
          <w:lang w:eastAsia="ar-SA"/>
        </w:rPr>
        <w:t>Услови</w:t>
      </w:r>
      <w:proofErr w:type="spellEnd"/>
      <w:r w:rsidRPr="00B21799">
        <w:rPr>
          <w:rFonts w:eastAsia="Times New Roman"/>
          <w:b/>
          <w:szCs w:val="24"/>
          <w:lang w:eastAsia="ar-SA"/>
        </w:rPr>
        <w:t xml:space="preserve">: </w:t>
      </w:r>
      <w:proofErr w:type="spellStart"/>
      <w:r w:rsidRPr="00B21799">
        <w:rPr>
          <w:rFonts w:eastAsia="Times New Roman"/>
          <w:szCs w:val="24"/>
          <w:lang w:eastAsia="ar-SA"/>
        </w:rPr>
        <w:t>средње</w:t>
      </w:r>
      <w:proofErr w:type="spellEnd"/>
      <w:r w:rsidRPr="00B21799">
        <w:rPr>
          <w:rFonts w:eastAsia="Times New Roman"/>
          <w:szCs w:val="24"/>
          <w:lang w:eastAsia="ar-SA"/>
        </w:rPr>
        <w:t xml:space="preserve"> </w:t>
      </w:r>
      <w:proofErr w:type="spellStart"/>
      <w:r w:rsidRPr="00B21799">
        <w:rPr>
          <w:rFonts w:eastAsia="Times New Roman"/>
          <w:szCs w:val="24"/>
          <w:lang w:eastAsia="ar-SA"/>
        </w:rPr>
        <w:t>четворогодишње</w:t>
      </w:r>
      <w:proofErr w:type="spellEnd"/>
      <w:r w:rsidRPr="00B21799">
        <w:rPr>
          <w:rFonts w:eastAsia="Times New Roman"/>
          <w:szCs w:val="24"/>
          <w:lang w:eastAsia="ar-SA"/>
        </w:rPr>
        <w:t xml:space="preserve"> </w:t>
      </w:r>
      <w:proofErr w:type="spellStart"/>
      <w:r w:rsidRPr="00B21799">
        <w:rPr>
          <w:rFonts w:eastAsia="Times New Roman"/>
          <w:szCs w:val="24"/>
          <w:lang w:eastAsia="ar-SA"/>
        </w:rPr>
        <w:t>образовање</w:t>
      </w:r>
      <w:proofErr w:type="spellEnd"/>
      <w:r w:rsidRPr="00B21799">
        <w:rPr>
          <w:rFonts w:eastAsia="Times New Roman"/>
          <w:szCs w:val="24"/>
          <w:lang w:eastAsia="ar-SA"/>
        </w:rPr>
        <w:t xml:space="preserve"> </w:t>
      </w:r>
      <w:proofErr w:type="spellStart"/>
      <w:r w:rsidRPr="00B21799">
        <w:rPr>
          <w:rFonts w:eastAsia="Times New Roman"/>
          <w:szCs w:val="24"/>
          <w:lang w:eastAsia="ar-SA"/>
        </w:rPr>
        <w:t>економског</w:t>
      </w:r>
      <w:proofErr w:type="spellEnd"/>
      <w:r w:rsidRPr="00B21799">
        <w:rPr>
          <w:rFonts w:eastAsia="Times New Roman"/>
          <w:szCs w:val="24"/>
          <w:lang w:eastAsia="ar-SA"/>
        </w:rPr>
        <w:t xml:space="preserve"> </w:t>
      </w:r>
      <w:proofErr w:type="spellStart"/>
      <w:r w:rsidRPr="00B21799">
        <w:rPr>
          <w:rFonts w:eastAsia="Times New Roman"/>
          <w:szCs w:val="24"/>
          <w:lang w:eastAsia="ar-SA"/>
        </w:rPr>
        <w:t>смера</w:t>
      </w:r>
      <w:proofErr w:type="spellEnd"/>
      <w:r w:rsidR="000B63AC">
        <w:rPr>
          <w:rFonts w:eastAsia="Times New Roman"/>
          <w:szCs w:val="24"/>
          <w:lang w:val="sr-Cyrl-RS" w:eastAsia="ar-SA"/>
        </w:rPr>
        <w:t xml:space="preserve"> </w:t>
      </w:r>
      <w:proofErr w:type="spellStart"/>
      <w:r w:rsidRPr="00B21799">
        <w:rPr>
          <w:rFonts w:eastAsia="Times New Roman"/>
          <w:szCs w:val="24"/>
          <w:lang w:eastAsia="ar-SA"/>
        </w:rPr>
        <w:t>или</w:t>
      </w:r>
      <w:proofErr w:type="spellEnd"/>
      <w:r w:rsidRPr="00B21799">
        <w:rPr>
          <w:rFonts w:eastAsia="Times New Roman"/>
          <w:szCs w:val="24"/>
          <w:lang w:eastAsia="ar-SA"/>
        </w:rPr>
        <w:t xml:space="preserve"> </w:t>
      </w:r>
      <w:proofErr w:type="spellStart"/>
      <w:r w:rsidRPr="00B21799">
        <w:rPr>
          <w:rFonts w:eastAsia="Times New Roman"/>
          <w:szCs w:val="24"/>
          <w:lang w:eastAsia="ar-SA"/>
        </w:rPr>
        <w:t>гимназија</w:t>
      </w:r>
      <w:proofErr w:type="spellEnd"/>
      <w:r w:rsidR="000B63AC">
        <w:rPr>
          <w:rFonts w:eastAsia="Times New Roman"/>
          <w:szCs w:val="24"/>
          <w:lang w:val="sr-Cyrl-RS" w:eastAsia="ar-SA"/>
        </w:rPr>
        <w:t>,</w:t>
      </w:r>
      <w:r w:rsidRPr="00B21799">
        <w:rPr>
          <w:rFonts w:eastAsia="Times New Roman"/>
          <w:szCs w:val="24"/>
          <w:lang w:eastAsia="ar-SA"/>
        </w:rPr>
        <w:t xml:space="preserve"> </w:t>
      </w:r>
      <w:proofErr w:type="spellStart"/>
      <w:r w:rsidRPr="00B21799">
        <w:rPr>
          <w:rFonts w:eastAsia="Times New Roman"/>
          <w:szCs w:val="24"/>
          <w:lang w:eastAsia="ar-SA"/>
        </w:rPr>
        <w:t>положен</w:t>
      </w:r>
      <w:proofErr w:type="spellEnd"/>
      <w:r w:rsidRPr="00B21799">
        <w:rPr>
          <w:rFonts w:eastAsia="Times New Roman"/>
          <w:szCs w:val="24"/>
          <w:lang w:eastAsia="ar-SA"/>
        </w:rPr>
        <w:t xml:space="preserve"> </w:t>
      </w:r>
      <w:proofErr w:type="spellStart"/>
      <w:r w:rsidRPr="00B21799">
        <w:rPr>
          <w:rFonts w:eastAsia="Times New Roman"/>
          <w:szCs w:val="24"/>
          <w:lang w:eastAsia="ar-SA"/>
        </w:rPr>
        <w:t>државни</w:t>
      </w:r>
      <w:proofErr w:type="spellEnd"/>
      <w:r w:rsidRPr="00B21799">
        <w:rPr>
          <w:rFonts w:eastAsia="Times New Roman"/>
          <w:szCs w:val="24"/>
          <w:lang w:eastAsia="ar-SA"/>
        </w:rPr>
        <w:t xml:space="preserve"> </w:t>
      </w:r>
      <w:proofErr w:type="spellStart"/>
      <w:r w:rsidRPr="00B21799">
        <w:rPr>
          <w:rFonts w:eastAsia="Times New Roman"/>
          <w:szCs w:val="24"/>
          <w:lang w:eastAsia="ar-SA"/>
        </w:rPr>
        <w:t>стручни</w:t>
      </w:r>
      <w:proofErr w:type="spellEnd"/>
      <w:r w:rsidRPr="00B21799">
        <w:rPr>
          <w:rFonts w:eastAsia="Times New Roman"/>
          <w:szCs w:val="24"/>
          <w:lang w:eastAsia="ar-SA"/>
        </w:rPr>
        <w:t xml:space="preserve"> </w:t>
      </w:r>
      <w:proofErr w:type="spellStart"/>
      <w:r w:rsidRPr="00B21799">
        <w:rPr>
          <w:rFonts w:eastAsia="Times New Roman"/>
          <w:szCs w:val="24"/>
          <w:lang w:eastAsia="ar-SA"/>
        </w:rPr>
        <w:t>испит</w:t>
      </w:r>
      <w:proofErr w:type="spellEnd"/>
      <w:r w:rsidRPr="00B21799">
        <w:rPr>
          <w:rFonts w:eastAsia="Times New Roman"/>
          <w:szCs w:val="24"/>
          <w:lang w:eastAsia="ar-SA"/>
        </w:rPr>
        <w:t xml:space="preserve">, </w:t>
      </w:r>
      <w:r>
        <w:rPr>
          <w:szCs w:val="24"/>
          <w:lang w:val="sr-Cyrl-RS"/>
        </w:rPr>
        <w:t xml:space="preserve">као и потребне компетенције за обављање послова радног места, </w:t>
      </w:r>
      <w:proofErr w:type="spellStart"/>
      <w:r w:rsidRPr="00B21799">
        <w:rPr>
          <w:rFonts w:eastAsia="Times New Roman"/>
          <w:szCs w:val="24"/>
          <w:lang w:eastAsia="ar-SA"/>
        </w:rPr>
        <w:t>најмање</w:t>
      </w:r>
      <w:proofErr w:type="spellEnd"/>
      <w:r w:rsidRPr="00B21799">
        <w:rPr>
          <w:rFonts w:eastAsia="Times New Roman"/>
          <w:szCs w:val="24"/>
          <w:lang w:eastAsia="ar-SA"/>
        </w:rPr>
        <w:t xml:space="preserve"> </w:t>
      </w:r>
      <w:proofErr w:type="spellStart"/>
      <w:r>
        <w:rPr>
          <w:rFonts w:eastAsia="Times New Roman"/>
          <w:szCs w:val="24"/>
          <w:lang w:eastAsia="ar-SA"/>
        </w:rPr>
        <w:t>пет</w:t>
      </w:r>
      <w:proofErr w:type="spellEnd"/>
      <w:r w:rsidRPr="00B21799">
        <w:rPr>
          <w:rFonts w:eastAsia="Times New Roman"/>
          <w:szCs w:val="24"/>
          <w:lang w:eastAsia="ar-SA"/>
        </w:rPr>
        <w:t xml:space="preserve"> </w:t>
      </w:r>
      <w:proofErr w:type="spellStart"/>
      <w:r w:rsidRPr="00B21799">
        <w:rPr>
          <w:rFonts w:eastAsia="Times New Roman"/>
          <w:szCs w:val="24"/>
          <w:lang w:eastAsia="ar-SA"/>
        </w:rPr>
        <w:t>годин</w:t>
      </w:r>
      <w:r>
        <w:rPr>
          <w:rFonts w:eastAsia="Times New Roman"/>
          <w:szCs w:val="24"/>
          <w:lang w:eastAsia="ar-SA"/>
        </w:rPr>
        <w:t>а</w:t>
      </w:r>
      <w:proofErr w:type="spellEnd"/>
      <w:r w:rsidRPr="00B21799">
        <w:rPr>
          <w:rFonts w:eastAsia="Times New Roman"/>
          <w:szCs w:val="24"/>
          <w:lang w:eastAsia="ar-SA"/>
        </w:rPr>
        <w:t xml:space="preserve"> </w:t>
      </w:r>
      <w:proofErr w:type="spellStart"/>
      <w:r w:rsidRPr="00B21799">
        <w:rPr>
          <w:rFonts w:eastAsia="Times New Roman"/>
          <w:szCs w:val="24"/>
          <w:lang w:eastAsia="ar-SA"/>
        </w:rPr>
        <w:t>радног</w:t>
      </w:r>
      <w:proofErr w:type="spellEnd"/>
      <w:r w:rsidRPr="00B21799">
        <w:rPr>
          <w:rFonts w:eastAsia="Times New Roman"/>
          <w:szCs w:val="24"/>
          <w:lang w:eastAsia="ar-SA"/>
        </w:rPr>
        <w:t xml:space="preserve"> </w:t>
      </w:r>
      <w:proofErr w:type="spellStart"/>
      <w:r w:rsidRPr="00B21799">
        <w:rPr>
          <w:rFonts w:eastAsia="Times New Roman"/>
          <w:szCs w:val="24"/>
          <w:lang w:eastAsia="ar-SA"/>
        </w:rPr>
        <w:t>искуства</w:t>
      </w:r>
      <w:proofErr w:type="spellEnd"/>
      <w:r w:rsidRPr="00B21799">
        <w:rPr>
          <w:rFonts w:eastAsia="Times New Roman"/>
          <w:szCs w:val="24"/>
          <w:lang w:eastAsia="ar-SA"/>
        </w:rPr>
        <w:t xml:space="preserve"> у </w:t>
      </w:r>
      <w:proofErr w:type="spellStart"/>
      <w:r w:rsidRPr="00B21799">
        <w:rPr>
          <w:rFonts w:eastAsia="Times New Roman"/>
          <w:szCs w:val="24"/>
          <w:lang w:eastAsia="ar-SA"/>
        </w:rPr>
        <w:t>струци</w:t>
      </w:r>
      <w:proofErr w:type="spellEnd"/>
      <w:r>
        <w:rPr>
          <w:rFonts w:eastAsia="Times New Roman"/>
          <w:szCs w:val="24"/>
          <w:lang w:eastAsia="ar-SA"/>
        </w:rPr>
        <w:t>.</w:t>
      </w:r>
    </w:p>
    <w:p w14:paraId="0D00AA48" w14:textId="77777777" w:rsidR="00CB4640" w:rsidRDefault="00575547">
      <w:pPr>
        <w:keepNext/>
        <w:spacing w:before="100"/>
        <w:jc w:val="left"/>
      </w:pPr>
      <w:proofErr w:type="spellStart"/>
      <w:r>
        <w:rPr>
          <w:b/>
        </w:rPr>
        <w:t>Компетенције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које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проверавају</w:t>
      </w:r>
      <w:proofErr w:type="spellEnd"/>
      <w:r>
        <w:rPr>
          <w:b/>
        </w:rPr>
        <w:t xml:space="preserve"> у изборном поступку:</w:t>
      </w:r>
    </w:p>
    <w:p w14:paraId="6D91483F" w14:textId="77777777" w:rsidR="00CB4640" w:rsidRDefault="00575547">
      <w:pPr>
        <w:spacing w:after="40"/>
        <w:ind w:left="283" w:hanging="198"/>
      </w:pPr>
      <w:r>
        <w:t>• Посебна функционална компетенција за одређену област рада:</w:t>
      </w:r>
    </w:p>
    <w:p w14:paraId="798D8CA6" w14:textId="77777777" w:rsidR="00CB4640" w:rsidRDefault="00575547">
      <w:pPr>
        <w:spacing w:after="40"/>
        <w:ind w:left="283" w:hanging="198"/>
      </w:pPr>
      <w:r>
        <w:t>• финансијско-материјални послови – (буџетски систем Републике Србије; методе и поступци финансијског планирања, анализе и извештавања; терминологија, стандарди, методе и процедуре из области буџетског рачуноводства и извештавања; поступак планирања буџета и извештавање; поступак извршења буџета; релевантни софтвери) – провераваће се усмено, путем симулације;</w:t>
      </w:r>
    </w:p>
    <w:p w14:paraId="4659AE92" w14:textId="60E36926" w:rsidR="00CB4640" w:rsidRDefault="00575547">
      <w:pPr>
        <w:spacing w:after="40"/>
        <w:ind w:left="283" w:hanging="198"/>
      </w:pPr>
      <w:r>
        <w:t>• Посебна функционална компетенција за одређено радно место – прописи из делокруга радног места (Закон о буџетском систему, Закон о рачуноводству, Закон о локалној самоуправи, Уредба о буџетском рачуноводству, Закон о ПДВ-</w:t>
      </w:r>
      <w:r>
        <w:lastRenderedPageBreak/>
        <w:t>у, Статут општине Аранђеловац; Одлука о Општинској управи, Одлука о буџету општине Аранђеловац</w:t>
      </w:r>
      <w:r w:rsidR="00DF1CCF">
        <w:rPr>
          <w:lang w:val="sr-Cyrl-RS"/>
        </w:rPr>
        <w:t>)</w:t>
      </w:r>
      <w:r>
        <w:t>, провераваће се путем симулације (усмено);</w:t>
      </w:r>
    </w:p>
    <w:p w14:paraId="798AF106" w14:textId="77777777" w:rsidR="00CB4640" w:rsidRDefault="00575547">
      <w:r>
        <w:t>Процена мотивације за рад на радном месту и прихватање вредности јединице локалне самоуправе провераваће се путем разговора са Комисијом (усмено).</w:t>
      </w:r>
    </w:p>
    <w:p w14:paraId="7BF6A92C" w14:textId="77777777" w:rsidR="00CB4640" w:rsidRDefault="00575547">
      <w:pPr>
        <w:keepNext/>
        <w:spacing w:before="160" w:after="80"/>
        <w:jc w:val="left"/>
      </w:pPr>
      <w:r>
        <w:rPr>
          <w:b/>
        </w:rPr>
        <w:t xml:space="preserve">III </w:t>
      </w:r>
      <w:proofErr w:type="spellStart"/>
      <w:r>
        <w:rPr>
          <w:b/>
        </w:rPr>
        <w:t>Место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адреса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рада</w:t>
      </w:r>
      <w:proofErr w:type="spellEnd"/>
      <w:r>
        <w:rPr>
          <w:b/>
        </w:rPr>
        <w:t>:</w:t>
      </w:r>
    </w:p>
    <w:p w14:paraId="40C4F46C" w14:textId="77777777" w:rsidR="00CB4640" w:rsidRDefault="00575547">
      <w:r>
        <w:t>Аранђеловац, Венац Слободе број 10</w:t>
      </w:r>
    </w:p>
    <w:p w14:paraId="5EE19B64" w14:textId="77777777" w:rsidR="00CB4640" w:rsidRDefault="00575547">
      <w:pPr>
        <w:keepNext/>
        <w:spacing w:before="160" w:after="80"/>
        <w:jc w:val="left"/>
      </w:pPr>
      <w:r>
        <w:rPr>
          <w:b/>
        </w:rPr>
        <w:t>IV Право учешћа на интерном конкурсу:</w:t>
      </w:r>
    </w:p>
    <w:p w14:paraId="10132219" w14:textId="76CD3CDE" w:rsidR="00CB4640" w:rsidRDefault="00575547">
      <w:r>
        <w:t xml:space="preserve">На </w:t>
      </w:r>
      <w:proofErr w:type="spellStart"/>
      <w:r>
        <w:t>интерном</w:t>
      </w:r>
      <w:proofErr w:type="spellEnd"/>
      <w:r>
        <w:t xml:space="preserve"> </w:t>
      </w:r>
      <w:proofErr w:type="spellStart"/>
      <w:r>
        <w:t>конкурсу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учествују</w:t>
      </w:r>
      <w:proofErr w:type="spellEnd"/>
      <w:r>
        <w:t xml:space="preserve"> </w:t>
      </w:r>
      <w:proofErr w:type="spellStart"/>
      <w:r>
        <w:t>службеници</w:t>
      </w:r>
      <w:proofErr w:type="spellEnd"/>
      <w:r>
        <w:t xml:space="preserve"> </w:t>
      </w:r>
      <w:proofErr w:type="spellStart"/>
      <w:r>
        <w:t>запослени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неодређено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у Општинској управи општине Аранђеловац.</w:t>
      </w:r>
    </w:p>
    <w:p w14:paraId="490FD998" w14:textId="77777777" w:rsidR="00CB4640" w:rsidRDefault="00575547">
      <w:r>
        <w:t>Право учешћа на интерном конкурсу имају службеници у истом звању или службеници који испуњавају услове за напредовање у звање у које је разврстано радно место које се попуњава.</w:t>
      </w:r>
    </w:p>
    <w:p w14:paraId="001B851F" w14:textId="77777777" w:rsidR="00CB4640" w:rsidRDefault="00575547">
      <w:pPr>
        <w:keepNext/>
        <w:spacing w:before="160" w:after="80"/>
        <w:jc w:val="left"/>
      </w:pPr>
      <w:r>
        <w:rPr>
          <w:b/>
        </w:rPr>
        <w:t>V Пријава на интерни конкурс врши се на прописаном обрасцу пријаве</w:t>
      </w:r>
    </w:p>
    <w:p w14:paraId="3ACEB521" w14:textId="77777777" w:rsidR="00CB4640" w:rsidRDefault="00575547">
      <w:r>
        <w:t>Образац пријаве на овај конкурс доступан је у Одељењу за општу управу и заједничке послове, канцеларија број 17.</w:t>
      </w:r>
    </w:p>
    <w:p w14:paraId="270775AE" w14:textId="77777777" w:rsidR="00CB4640" w:rsidRDefault="00575547">
      <w: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643A4909" w14:textId="77777777" w:rsidR="00CB4640" w:rsidRDefault="00575547">
      <w:r>
        <w:t>Подносилац пријаве ће бити обавештен о додељеној шифри у року од три дана од пријема пријаве и то на имејл адресу коју је навео у пријави.</w:t>
      </w:r>
    </w:p>
    <w:p w14:paraId="2B10BA48" w14:textId="77777777" w:rsidR="00CB4640" w:rsidRDefault="00575547">
      <w:pPr>
        <w:keepNext/>
        <w:spacing w:before="160" w:after="80"/>
        <w:jc w:val="left"/>
      </w:pPr>
      <w:r>
        <w:rPr>
          <w:b/>
        </w:rPr>
        <w:t>VI Рок за подношење пријаве</w:t>
      </w:r>
    </w:p>
    <w:p w14:paraId="3BC73818" w14:textId="7678558A" w:rsidR="00CB4640" w:rsidRDefault="00575547">
      <w:proofErr w:type="spellStart"/>
      <w:r>
        <w:t>Рок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подношење</w:t>
      </w:r>
      <w:proofErr w:type="spellEnd"/>
      <w:r>
        <w:t xml:space="preserve"> </w:t>
      </w:r>
      <w:proofErr w:type="spellStart"/>
      <w:r>
        <w:t>пријаве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интерни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и </w:t>
      </w:r>
      <w:proofErr w:type="spellStart"/>
      <w:r>
        <w:t>почиње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тече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r w:rsidR="009E5B43">
        <w:rPr>
          <w:lang w:val="sr-Cyrl-RS"/>
        </w:rPr>
        <w:t>13</w:t>
      </w:r>
      <w:r>
        <w:t xml:space="preserve">.10.2026. </w:t>
      </w:r>
      <w:proofErr w:type="spellStart"/>
      <w:r>
        <w:t>године</w:t>
      </w:r>
      <w:proofErr w:type="spellEnd"/>
      <w:r>
        <w:t xml:space="preserve"> и </w:t>
      </w:r>
      <w:proofErr w:type="spellStart"/>
      <w:r>
        <w:t>истиче</w:t>
      </w:r>
      <w:proofErr w:type="spellEnd"/>
      <w:r>
        <w:t xml:space="preserve"> </w:t>
      </w:r>
      <w:r w:rsidR="009E5B43">
        <w:rPr>
          <w:lang w:val="sr-Cyrl-RS"/>
        </w:rPr>
        <w:t>20.</w:t>
      </w:r>
      <w:r>
        <w:t>10.2026. године.</w:t>
      </w:r>
    </w:p>
    <w:p w14:paraId="64BFC5AF" w14:textId="77777777" w:rsidR="00CB4640" w:rsidRDefault="00575547">
      <w:pPr>
        <w:keepNext/>
        <w:spacing w:before="160" w:after="80"/>
        <w:jc w:val="left"/>
      </w:pPr>
      <w:r>
        <w:rPr>
          <w:b/>
        </w:rPr>
        <w:t>VII Адреса на коју се подноси пријава за интерни конкурс:</w:t>
      </w:r>
    </w:p>
    <w:p w14:paraId="2C0FCA07" w14:textId="77777777" w:rsidR="00CB4640" w:rsidRDefault="00575547">
      <w:r>
        <w:t>Општинска управа Општине Аранђеловац, Венац Слободе 10, са назнаком: „За интерни конкурс“</w:t>
      </w:r>
    </w:p>
    <w:p w14:paraId="74C64741" w14:textId="77777777" w:rsidR="00CB4640" w:rsidRDefault="00575547">
      <w:pPr>
        <w:keepNext/>
        <w:spacing w:before="160" w:after="80"/>
        <w:jc w:val="left"/>
      </w:pPr>
      <w:r>
        <w:rPr>
          <w:b/>
        </w:rPr>
        <w:t>VIII Докази који се достављају током изборног поступка</w:t>
      </w:r>
    </w:p>
    <w:p w14:paraId="0C882F78" w14:textId="77777777" w:rsidR="009E5B43" w:rsidRDefault="00575547" w:rsidP="009E5B43">
      <w:r>
        <w:t xml:space="preserve">Докази које прилажу кандидати који су успешно прошли фазе </w:t>
      </w:r>
      <w:proofErr w:type="spellStart"/>
      <w:r>
        <w:t>изборног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, </w:t>
      </w:r>
      <w:proofErr w:type="spellStart"/>
      <w:r>
        <w:t>пре</w:t>
      </w:r>
      <w:proofErr w:type="spellEnd"/>
      <w:r>
        <w:t xml:space="preserve"> </w:t>
      </w:r>
      <w:proofErr w:type="spellStart"/>
      <w:r>
        <w:t>интервјуа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конкурсном</w:t>
      </w:r>
      <w:proofErr w:type="spellEnd"/>
      <w:r>
        <w:t xml:space="preserve"> </w:t>
      </w:r>
      <w:proofErr w:type="spellStart"/>
      <w:r>
        <w:t>комисијом</w:t>
      </w:r>
      <w:proofErr w:type="spellEnd"/>
      <w:r>
        <w:t>:</w:t>
      </w:r>
    </w:p>
    <w:p w14:paraId="02B5A7E0" w14:textId="77777777" w:rsidR="009E5B43" w:rsidRPr="00550D23" w:rsidRDefault="009E5B43" w:rsidP="009E5B43">
      <w:pPr>
        <w:rPr>
          <w:bCs/>
        </w:rPr>
      </w:pPr>
      <w:r w:rsidRPr="00550D23">
        <w:rPr>
          <w:bCs/>
        </w:rPr>
        <w:t xml:space="preserve"> </w:t>
      </w:r>
      <w:r w:rsidR="00575547" w:rsidRPr="00550D23">
        <w:rPr>
          <w:bCs/>
        </w:rPr>
        <w:t xml:space="preserve">1. </w:t>
      </w:r>
      <w:proofErr w:type="spellStart"/>
      <w:r w:rsidR="00575547" w:rsidRPr="00550D23">
        <w:rPr>
          <w:bCs/>
        </w:rPr>
        <w:t>Оригинал</w:t>
      </w:r>
      <w:proofErr w:type="spellEnd"/>
      <w:r w:rsidR="00575547" w:rsidRPr="00550D23">
        <w:rPr>
          <w:bCs/>
        </w:rPr>
        <w:t xml:space="preserve"> </w:t>
      </w:r>
      <w:proofErr w:type="spellStart"/>
      <w:r w:rsidR="00575547" w:rsidRPr="00550D23">
        <w:rPr>
          <w:bCs/>
        </w:rPr>
        <w:t>или</w:t>
      </w:r>
      <w:proofErr w:type="spellEnd"/>
      <w:r w:rsidR="00575547" w:rsidRPr="00550D23">
        <w:rPr>
          <w:bCs/>
        </w:rPr>
        <w:t xml:space="preserve"> </w:t>
      </w:r>
      <w:proofErr w:type="spellStart"/>
      <w:r w:rsidR="00575547" w:rsidRPr="00550D23">
        <w:rPr>
          <w:bCs/>
        </w:rPr>
        <w:t>оверена</w:t>
      </w:r>
      <w:proofErr w:type="spellEnd"/>
      <w:r w:rsidR="00575547" w:rsidRPr="00550D23">
        <w:rPr>
          <w:bCs/>
        </w:rPr>
        <w:t xml:space="preserve"> </w:t>
      </w:r>
      <w:proofErr w:type="spellStart"/>
      <w:r w:rsidR="00575547" w:rsidRPr="00550D23">
        <w:rPr>
          <w:bCs/>
        </w:rPr>
        <w:t>фотокопија</w:t>
      </w:r>
      <w:proofErr w:type="spellEnd"/>
      <w:r w:rsidR="00575547" w:rsidRPr="00550D23">
        <w:rPr>
          <w:bCs/>
        </w:rPr>
        <w:t xml:space="preserve"> </w:t>
      </w:r>
      <w:proofErr w:type="spellStart"/>
      <w:r w:rsidR="00575547" w:rsidRPr="00550D23">
        <w:rPr>
          <w:bCs/>
        </w:rPr>
        <w:t>дипломе</w:t>
      </w:r>
      <w:proofErr w:type="spellEnd"/>
      <w:r w:rsidR="00575547" w:rsidRPr="00550D23">
        <w:rPr>
          <w:bCs/>
        </w:rPr>
        <w:t xml:space="preserve"> </w:t>
      </w:r>
      <w:proofErr w:type="spellStart"/>
      <w:r w:rsidR="00575547" w:rsidRPr="00550D23">
        <w:rPr>
          <w:bCs/>
        </w:rPr>
        <w:t>којом</w:t>
      </w:r>
      <w:proofErr w:type="spellEnd"/>
      <w:r w:rsidR="00575547" w:rsidRPr="00550D23">
        <w:rPr>
          <w:bCs/>
        </w:rPr>
        <w:t xml:space="preserve"> </w:t>
      </w:r>
      <w:proofErr w:type="spellStart"/>
      <w:r w:rsidR="00575547" w:rsidRPr="00550D23">
        <w:rPr>
          <w:bCs/>
        </w:rPr>
        <w:t>се</w:t>
      </w:r>
      <w:proofErr w:type="spellEnd"/>
      <w:r w:rsidR="00575547" w:rsidRPr="00550D23">
        <w:rPr>
          <w:bCs/>
        </w:rPr>
        <w:t xml:space="preserve"> </w:t>
      </w:r>
      <w:proofErr w:type="spellStart"/>
      <w:r w:rsidR="00575547" w:rsidRPr="00550D23">
        <w:rPr>
          <w:bCs/>
        </w:rPr>
        <w:t>потврђује</w:t>
      </w:r>
      <w:proofErr w:type="spellEnd"/>
      <w:r w:rsidR="00575547" w:rsidRPr="00550D23">
        <w:rPr>
          <w:bCs/>
        </w:rPr>
        <w:t xml:space="preserve"> </w:t>
      </w:r>
      <w:proofErr w:type="spellStart"/>
      <w:r w:rsidR="00575547" w:rsidRPr="00550D23">
        <w:rPr>
          <w:bCs/>
        </w:rPr>
        <w:t>стручна</w:t>
      </w:r>
      <w:proofErr w:type="spellEnd"/>
      <w:r w:rsidR="00575547" w:rsidRPr="00550D23">
        <w:rPr>
          <w:bCs/>
        </w:rPr>
        <w:t xml:space="preserve"> </w:t>
      </w:r>
      <w:proofErr w:type="spellStart"/>
      <w:r w:rsidR="00575547" w:rsidRPr="00550D23">
        <w:rPr>
          <w:bCs/>
        </w:rPr>
        <w:t>спрема</w:t>
      </w:r>
      <w:proofErr w:type="spellEnd"/>
      <w:r w:rsidR="00575547" w:rsidRPr="00550D23">
        <w:rPr>
          <w:bCs/>
        </w:rPr>
        <w:t>;</w:t>
      </w:r>
    </w:p>
    <w:p w14:paraId="6E3F67C7" w14:textId="77777777" w:rsidR="009E5B43" w:rsidRPr="00550D23" w:rsidRDefault="009E5B43" w:rsidP="009E5B43">
      <w:pPr>
        <w:rPr>
          <w:bCs/>
        </w:rPr>
      </w:pPr>
      <w:r w:rsidRPr="00550D23">
        <w:rPr>
          <w:bCs/>
        </w:rPr>
        <w:t xml:space="preserve"> </w:t>
      </w:r>
      <w:r w:rsidR="00575547" w:rsidRPr="00550D23">
        <w:rPr>
          <w:bCs/>
        </w:rPr>
        <w:t xml:space="preserve">2. </w:t>
      </w:r>
      <w:proofErr w:type="spellStart"/>
      <w:r w:rsidR="00575547" w:rsidRPr="00550D23">
        <w:rPr>
          <w:bCs/>
        </w:rPr>
        <w:t>Оригинал</w:t>
      </w:r>
      <w:proofErr w:type="spellEnd"/>
      <w:r w:rsidR="00575547" w:rsidRPr="00550D23">
        <w:rPr>
          <w:bCs/>
        </w:rPr>
        <w:t xml:space="preserve"> </w:t>
      </w:r>
      <w:proofErr w:type="spellStart"/>
      <w:r w:rsidR="00575547" w:rsidRPr="00550D23">
        <w:rPr>
          <w:bCs/>
        </w:rPr>
        <w:t>или</w:t>
      </w:r>
      <w:proofErr w:type="spellEnd"/>
      <w:r w:rsidR="00575547" w:rsidRPr="00550D23">
        <w:rPr>
          <w:bCs/>
        </w:rPr>
        <w:t xml:space="preserve"> </w:t>
      </w:r>
      <w:proofErr w:type="spellStart"/>
      <w:r w:rsidR="00575547" w:rsidRPr="00550D23">
        <w:rPr>
          <w:bCs/>
        </w:rPr>
        <w:t>оверена</w:t>
      </w:r>
      <w:proofErr w:type="spellEnd"/>
      <w:r w:rsidR="00575547" w:rsidRPr="00550D23">
        <w:rPr>
          <w:bCs/>
        </w:rPr>
        <w:t xml:space="preserve"> </w:t>
      </w:r>
      <w:proofErr w:type="spellStart"/>
      <w:r w:rsidR="00575547" w:rsidRPr="00550D23">
        <w:rPr>
          <w:bCs/>
        </w:rPr>
        <w:t>фотокопија</w:t>
      </w:r>
      <w:proofErr w:type="spellEnd"/>
      <w:r w:rsidR="00575547" w:rsidRPr="00550D23">
        <w:rPr>
          <w:bCs/>
        </w:rPr>
        <w:t xml:space="preserve"> доказа о положеном стручном испиту за рад у државним органима </w:t>
      </w:r>
      <w:proofErr w:type="spellStart"/>
      <w:r w:rsidR="00575547" w:rsidRPr="00550D23">
        <w:rPr>
          <w:bCs/>
        </w:rPr>
        <w:t>или</w:t>
      </w:r>
      <w:proofErr w:type="spellEnd"/>
      <w:r w:rsidR="00575547" w:rsidRPr="00550D23">
        <w:rPr>
          <w:bCs/>
        </w:rPr>
        <w:t xml:space="preserve"> </w:t>
      </w:r>
      <w:proofErr w:type="spellStart"/>
      <w:r w:rsidR="00575547" w:rsidRPr="00550D23">
        <w:rPr>
          <w:bCs/>
        </w:rPr>
        <w:t>доказа</w:t>
      </w:r>
      <w:proofErr w:type="spellEnd"/>
      <w:r w:rsidR="00575547" w:rsidRPr="00550D23">
        <w:rPr>
          <w:bCs/>
        </w:rPr>
        <w:t xml:space="preserve"> о </w:t>
      </w:r>
      <w:proofErr w:type="spellStart"/>
      <w:r w:rsidR="00575547" w:rsidRPr="00550D23">
        <w:rPr>
          <w:bCs/>
        </w:rPr>
        <w:t>положеном</w:t>
      </w:r>
      <w:proofErr w:type="spellEnd"/>
      <w:r w:rsidR="00575547" w:rsidRPr="00550D23">
        <w:rPr>
          <w:bCs/>
        </w:rPr>
        <w:t xml:space="preserve"> </w:t>
      </w:r>
      <w:proofErr w:type="spellStart"/>
      <w:r w:rsidR="00575547" w:rsidRPr="00550D23">
        <w:rPr>
          <w:bCs/>
        </w:rPr>
        <w:t>правосудном</w:t>
      </w:r>
      <w:proofErr w:type="spellEnd"/>
      <w:r w:rsidR="00575547" w:rsidRPr="00550D23">
        <w:rPr>
          <w:bCs/>
        </w:rPr>
        <w:t xml:space="preserve"> </w:t>
      </w:r>
      <w:proofErr w:type="spellStart"/>
      <w:r w:rsidR="00575547" w:rsidRPr="00550D23">
        <w:rPr>
          <w:bCs/>
        </w:rPr>
        <w:t>испиту</w:t>
      </w:r>
      <w:proofErr w:type="spellEnd"/>
      <w:r w:rsidR="00575547" w:rsidRPr="00550D23">
        <w:rPr>
          <w:bCs/>
        </w:rPr>
        <w:t>;</w:t>
      </w:r>
    </w:p>
    <w:p w14:paraId="45121D71" w14:textId="77777777" w:rsidR="009E5B43" w:rsidRPr="00550D23" w:rsidRDefault="009E5B43" w:rsidP="009E5B43">
      <w:pPr>
        <w:rPr>
          <w:bCs/>
        </w:rPr>
      </w:pPr>
      <w:r w:rsidRPr="00550D23">
        <w:rPr>
          <w:bCs/>
        </w:rPr>
        <w:t xml:space="preserve"> </w:t>
      </w:r>
      <w:r w:rsidR="00575547" w:rsidRPr="00550D23">
        <w:rPr>
          <w:bCs/>
        </w:rPr>
        <w:t xml:space="preserve">3. </w:t>
      </w:r>
      <w:proofErr w:type="spellStart"/>
      <w:r w:rsidR="00575547" w:rsidRPr="00550D23">
        <w:rPr>
          <w:bCs/>
        </w:rPr>
        <w:t>Оригинал</w:t>
      </w:r>
      <w:proofErr w:type="spellEnd"/>
      <w:r w:rsidR="00575547" w:rsidRPr="00550D23">
        <w:rPr>
          <w:bCs/>
        </w:rPr>
        <w:t xml:space="preserve"> </w:t>
      </w:r>
      <w:proofErr w:type="spellStart"/>
      <w:r w:rsidR="00575547" w:rsidRPr="00550D23">
        <w:rPr>
          <w:bCs/>
        </w:rPr>
        <w:t>или</w:t>
      </w:r>
      <w:proofErr w:type="spellEnd"/>
      <w:r w:rsidR="00575547" w:rsidRPr="00550D23">
        <w:rPr>
          <w:bCs/>
        </w:rPr>
        <w:t xml:space="preserve"> </w:t>
      </w:r>
      <w:proofErr w:type="spellStart"/>
      <w:r w:rsidR="00575547" w:rsidRPr="00550D23">
        <w:rPr>
          <w:bCs/>
        </w:rPr>
        <w:t>оверена</w:t>
      </w:r>
      <w:proofErr w:type="spellEnd"/>
      <w:r w:rsidR="00575547" w:rsidRPr="00550D23">
        <w:rPr>
          <w:bCs/>
        </w:rPr>
        <w:t xml:space="preserve"> </w:t>
      </w:r>
      <w:proofErr w:type="spellStart"/>
      <w:r w:rsidR="00575547" w:rsidRPr="00550D23">
        <w:rPr>
          <w:bCs/>
        </w:rPr>
        <w:t>фотокопија</w:t>
      </w:r>
      <w:proofErr w:type="spellEnd"/>
      <w:r w:rsidR="00575547" w:rsidRPr="00550D23">
        <w:rPr>
          <w:bCs/>
        </w:rPr>
        <w:t xml:space="preserve"> доказа о радном искуству у струци (потврде, решења и други акти којима се доказује на којим пословима, са којом стручном спремом и у </w:t>
      </w:r>
      <w:proofErr w:type="spellStart"/>
      <w:r w:rsidR="00575547" w:rsidRPr="00550D23">
        <w:rPr>
          <w:bCs/>
        </w:rPr>
        <w:t>којем</w:t>
      </w:r>
      <w:proofErr w:type="spellEnd"/>
      <w:r w:rsidR="00575547" w:rsidRPr="00550D23">
        <w:rPr>
          <w:bCs/>
        </w:rPr>
        <w:t xml:space="preserve"> </w:t>
      </w:r>
      <w:proofErr w:type="spellStart"/>
      <w:r w:rsidR="00575547" w:rsidRPr="00550D23">
        <w:rPr>
          <w:bCs/>
        </w:rPr>
        <w:t>периоду</w:t>
      </w:r>
      <w:proofErr w:type="spellEnd"/>
      <w:r w:rsidR="00575547" w:rsidRPr="00550D23">
        <w:rPr>
          <w:bCs/>
        </w:rPr>
        <w:t xml:space="preserve"> </w:t>
      </w:r>
      <w:proofErr w:type="spellStart"/>
      <w:r w:rsidR="00575547" w:rsidRPr="00550D23">
        <w:rPr>
          <w:bCs/>
        </w:rPr>
        <w:t>је</w:t>
      </w:r>
      <w:proofErr w:type="spellEnd"/>
      <w:r w:rsidR="00575547" w:rsidRPr="00550D23">
        <w:rPr>
          <w:bCs/>
        </w:rPr>
        <w:t xml:space="preserve"> </w:t>
      </w:r>
      <w:proofErr w:type="spellStart"/>
      <w:r w:rsidR="00575547" w:rsidRPr="00550D23">
        <w:rPr>
          <w:bCs/>
        </w:rPr>
        <w:t>стечено</w:t>
      </w:r>
      <w:proofErr w:type="spellEnd"/>
      <w:r w:rsidR="00575547" w:rsidRPr="00550D23">
        <w:rPr>
          <w:bCs/>
        </w:rPr>
        <w:t xml:space="preserve"> </w:t>
      </w:r>
      <w:proofErr w:type="spellStart"/>
      <w:r w:rsidR="00575547" w:rsidRPr="00550D23">
        <w:rPr>
          <w:bCs/>
        </w:rPr>
        <w:t>радно</w:t>
      </w:r>
      <w:proofErr w:type="spellEnd"/>
      <w:r w:rsidR="00575547" w:rsidRPr="00550D23">
        <w:rPr>
          <w:bCs/>
        </w:rPr>
        <w:t xml:space="preserve"> </w:t>
      </w:r>
      <w:proofErr w:type="spellStart"/>
      <w:r w:rsidR="00575547" w:rsidRPr="00550D23">
        <w:rPr>
          <w:bCs/>
        </w:rPr>
        <w:t>искуство</w:t>
      </w:r>
      <w:proofErr w:type="spellEnd"/>
      <w:r w:rsidR="00575547" w:rsidRPr="00550D23">
        <w:rPr>
          <w:bCs/>
        </w:rPr>
        <w:t>);</w:t>
      </w:r>
    </w:p>
    <w:p w14:paraId="5E45BE3A" w14:textId="66C595D6" w:rsidR="00CB4640" w:rsidRPr="00550D23" w:rsidRDefault="00575547" w:rsidP="009E5B43">
      <w:pPr>
        <w:rPr>
          <w:bCs/>
        </w:rPr>
      </w:pPr>
      <w:r w:rsidRPr="00550D23">
        <w:rPr>
          <w:bCs/>
        </w:rPr>
        <w:t>4. Оригинал или оверена фотокопија решења о распоређивању или решења да је службеник нераспоређен.</w:t>
      </w:r>
    </w:p>
    <w:p w14:paraId="349F9F12" w14:textId="630044B3" w:rsidR="00CB4640" w:rsidRDefault="00575547">
      <w:pPr>
        <w:ind w:firstLine="425"/>
      </w:pPr>
      <w:proofErr w:type="spellStart"/>
      <w:r>
        <w:t>Сви</w:t>
      </w:r>
      <w:proofErr w:type="spellEnd"/>
      <w:r>
        <w:t xml:space="preserve"> </w:t>
      </w:r>
      <w:proofErr w:type="spellStart"/>
      <w:r>
        <w:t>докази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прилажу</w:t>
      </w:r>
      <w:proofErr w:type="spellEnd"/>
      <w:r>
        <w:t xml:space="preserve">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6AA653DF" w14:textId="77777777" w:rsidR="00CB4640" w:rsidRDefault="00575547">
      <w: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09EC8627" w14:textId="77777777" w:rsidR="00CB4640" w:rsidRDefault="00575547">
      <w:r>
        <w:t>Фотокопије докумената које нису оверене од стране надлежног органа неће се разматрати.</w:t>
      </w:r>
    </w:p>
    <w:p w14:paraId="51E34E79" w14:textId="77777777" w:rsidR="00CB4640" w:rsidRDefault="00575547">
      <w:r>
        <w:lastRenderedPageBreak/>
        <w:t>Рок за подношење доказа: кандидати који су успешно прошли фазу изборног поступка, пре завршног интервјуа са конкурсном комисијом позивају се да у року од пет радних дана од дана пријема обавештења доставе доказе који се прилажу у конкурсном поступку.</w:t>
      </w:r>
    </w:p>
    <w:p w14:paraId="18465CAA" w14:textId="77777777" w:rsidR="00CB4640" w:rsidRDefault="00575547">
      <w:r>
        <w:t>Кандидати који не доставе наведене доказе који се прилажу у конкурсном поступку, односно који на основу достављених или прибављених доказа не испуњавају услове за запослење, писмено се обавештавају да су искључени из даљег изборног поступка.</w:t>
      </w:r>
    </w:p>
    <w:p w14:paraId="5E5D9E07" w14:textId="77777777" w:rsidR="00CB4640" w:rsidRDefault="00575547">
      <w:r>
        <w:t>Докази се достављају на адресу која буде наведена у обавештењу.</w:t>
      </w:r>
    </w:p>
    <w:p w14:paraId="48845C31" w14:textId="77777777" w:rsidR="00CB4640" w:rsidRDefault="00575547">
      <w:pPr>
        <w:keepNext/>
        <w:spacing w:before="160" w:after="80"/>
        <w:jc w:val="left"/>
      </w:pPr>
      <w:r>
        <w:rPr>
          <w:b/>
        </w:rPr>
        <w:t>IX Место, дан и време када ће се спровести изборни поступак:</w:t>
      </w:r>
    </w:p>
    <w:p w14:paraId="18D1A1FD" w14:textId="3E24A3A3" w:rsidR="00CB4640" w:rsidRDefault="00575547">
      <w:pPr>
        <w:ind w:firstLine="425"/>
      </w:pPr>
      <w:proofErr w:type="spellStart"/>
      <w:r>
        <w:t>Са</w:t>
      </w:r>
      <w:proofErr w:type="spellEnd"/>
      <w:r>
        <w:t xml:space="preserve"> </w:t>
      </w:r>
      <w:proofErr w:type="spellStart"/>
      <w:r>
        <w:t>кандидатима</w:t>
      </w:r>
      <w:proofErr w:type="spellEnd"/>
      <w:r>
        <w:t xml:space="preserve"> </w:t>
      </w:r>
      <w:proofErr w:type="spellStart"/>
      <w:r>
        <w:t>чије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пријаве</w:t>
      </w:r>
      <w:proofErr w:type="spellEnd"/>
      <w:r>
        <w:t xml:space="preserve"> </w:t>
      </w:r>
      <w:proofErr w:type="spellStart"/>
      <w:r>
        <w:t>благовремене</w:t>
      </w:r>
      <w:proofErr w:type="spellEnd"/>
      <w:r>
        <w:t xml:space="preserve">, </w:t>
      </w:r>
      <w:proofErr w:type="spellStart"/>
      <w:r>
        <w:t>допуштене</w:t>
      </w:r>
      <w:proofErr w:type="spellEnd"/>
      <w:r>
        <w:t xml:space="preserve">, </w:t>
      </w:r>
      <w:proofErr w:type="spellStart"/>
      <w:r>
        <w:t>разумљиве</w:t>
      </w:r>
      <w:proofErr w:type="spellEnd"/>
      <w:r>
        <w:t xml:space="preserve">, </w:t>
      </w:r>
      <w:proofErr w:type="spellStart"/>
      <w:r>
        <w:t>потпуне</w:t>
      </w:r>
      <w:proofErr w:type="spellEnd"/>
      <w:r>
        <w:t xml:space="preserve"> и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испуњавају</w:t>
      </w:r>
      <w:proofErr w:type="spellEnd"/>
      <w:r>
        <w:t xml:space="preserve"> </w:t>
      </w:r>
      <w:proofErr w:type="spellStart"/>
      <w:r>
        <w:t>услове</w:t>
      </w:r>
      <w:proofErr w:type="spellEnd"/>
      <w:r>
        <w:t xml:space="preserve"> </w:t>
      </w:r>
      <w:proofErr w:type="spellStart"/>
      <w:r>
        <w:t>предвиђене</w:t>
      </w:r>
      <w:proofErr w:type="spellEnd"/>
      <w:r>
        <w:t xml:space="preserve"> </w:t>
      </w:r>
      <w:proofErr w:type="spellStart"/>
      <w:r>
        <w:t>огласом</w:t>
      </w:r>
      <w:proofErr w:type="spellEnd"/>
      <w:r>
        <w:t xml:space="preserve"> о </w:t>
      </w:r>
      <w:proofErr w:type="spellStart"/>
      <w:r>
        <w:t>интерном</w:t>
      </w:r>
      <w:proofErr w:type="spellEnd"/>
      <w:r>
        <w:t xml:space="preserve"> </w:t>
      </w:r>
      <w:proofErr w:type="spellStart"/>
      <w:r>
        <w:t>конкурсу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података</w:t>
      </w:r>
      <w:proofErr w:type="spellEnd"/>
      <w:r>
        <w:t xml:space="preserve"> </w:t>
      </w:r>
      <w:proofErr w:type="spellStart"/>
      <w:r>
        <w:t>наведених</w:t>
      </w:r>
      <w:proofErr w:type="spellEnd"/>
      <w:r>
        <w:t xml:space="preserve"> у </w:t>
      </w:r>
      <w:proofErr w:type="spellStart"/>
      <w:r>
        <w:t>обрасцу</w:t>
      </w:r>
      <w:proofErr w:type="spellEnd"/>
      <w:r>
        <w:t xml:space="preserve"> </w:t>
      </w:r>
      <w:proofErr w:type="spellStart"/>
      <w:r>
        <w:t>пријаве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, </w:t>
      </w:r>
      <w:proofErr w:type="spellStart"/>
      <w:r>
        <w:t>изборни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спровести</w:t>
      </w:r>
      <w:proofErr w:type="spellEnd"/>
      <w:r>
        <w:t xml:space="preserve"> </w:t>
      </w:r>
      <w:proofErr w:type="spellStart"/>
      <w:r>
        <w:t>почев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r w:rsidR="009E5B43">
        <w:rPr>
          <w:lang w:val="sr-Cyrl-RS"/>
        </w:rPr>
        <w:t>21.</w:t>
      </w:r>
      <w:r>
        <w:t>10.2026. године.</w:t>
      </w:r>
    </w:p>
    <w:p w14:paraId="3D4026C0" w14:textId="77777777" w:rsidR="00CB4640" w:rsidRDefault="00575547">
      <w:r>
        <w:t>Провера компетенција и завршни разговор са кандидатом ће се обавити у згради Општинске управе општине Аранђеловац, Венац Слободе број 10.</w:t>
      </w:r>
    </w:p>
    <w:p w14:paraId="611B644C" w14:textId="77777777" w:rsidR="00CB4640" w:rsidRDefault="00575547">
      <w:r>
        <w:t>Кандидати ће о датуму, месту и времену спровођења сваке фазе изборног поступка бити обавештени на контакте (бројеве телефона или електронске адресе), које наведу у својим обрасцима пријава.</w:t>
      </w:r>
    </w:p>
    <w:p w14:paraId="72E39B90" w14:textId="77777777" w:rsidR="00CB4640" w:rsidRDefault="00575547" w:rsidP="00550D23">
      <w:pPr>
        <w:keepNext/>
        <w:spacing w:before="160" w:after="80"/>
      </w:pPr>
      <w:r>
        <w:rPr>
          <w:b/>
        </w:rPr>
        <w:t xml:space="preserve">X </w:t>
      </w:r>
      <w:r w:rsidRPr="00550D23">
        <w:rPr>
          <w:bCs/>
        </w:rPr>
        <w:t>Лице које је задужено за давање обавештења о интерном конкурсу: Ања Радовић, телефон: 064/82 76 496.</w:t>
      </w:r>
    </w:p>
    <w:p w14:paraId="20D3C8FE" w14:textId="77777777" w:rsidR="00CB4640" w:rsidRDefault="00575547">
      <w:pPr>
        <w:keepNext/>
        <w:spacing w:before="140"/>
        <w:jc w:val="left"/>
      </w:pPr>
      <w:r>
        <w:rPr>
          <w:b/>
        </w:rPr>
        <w:t>Напомене:</w:t>
      </w:r>
    </w:p>
    <w:p w14:paraId="77D27E7A" w14:textId="77777777" w:rsidR="00CB4640" w:rsidRDefault="00575547">
      <w:r>
        <w:t>Неблаговремене, недопуштене, неразумљиве или непотпуне пријаве биће одбачене.</w:t>
      </w:r>
    </w:p>
    <w:p w14:paraId="614B1617" w14:textId="77777777" w:rsidR="00CB4640" w:rsidRDefault="00575547">
      <w: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189B4F4B" w14:textId="77777777" w:rsidR="00CB4640" w:rsidRDefault="00575547">
      <w:r>
        <w:t>Објавити на: сајту општине Аранђеловац, као и огласној табли Општинске управе општине Аранђеловац, Венац Слободе 10.</w:t>
      </w:r>
    </w:p>
    <w:p w14:paraId="193DA90B" w14:textId="77777777" w:rsidR="00CB4640" w:rsidRPr="00550D23" w:rsidRDefault="00575547">
      <w:pPr>
        <w:keepNext/>
        <w:spacing w:before="280" w:after="0"/>
        <w:jc w:val="right"/>
        <w:rPr>
          <w:bCs/>
        </w:rPr>
      </w:pPr>
      <w:r w:rsidRPr="00550D23">
        <w:rPr>
          <w:bCs/>
        </w:rPr>
        <w:t>В.д. начелника Општинске управе</w:t>
      </w:r>
    </w:p>
    <w:p w14:paraId="6D8AD8B2" w14:textId="77777777" w:rsidR="00CB4640" w:rsidRPr="00810188" w:rsidRDefault="00575547">
      <w:pPr>
        <w:spacing w:after="0"/>
        <w:jc w:val="right"/>
        <w:rPr>
          <w:lang w:val="sr-Cyrl-RS"/>
        </w:rPr>
      </w:pPr>
      <w:r>
        <w:t xml:space="preserve">Негослав Петронијевић, дипл. </w:t>
      </w:r>
      <w:r w:rsidR="00810188">
        <w:rPr>
          <w:lang w:val="sr-Cyrl-RS"/>
        </w:rPr>
        <w:t>п</w:t>
      </w:r>
      <w:proofErr w:type="spellStart"/>
      <w:r>
        <w:t>равник</w:t>
      </w:r>
      <w:proofErr w:type="spellEnd"/>
      <w:r w:rsidR="00810188">
        <w:t>,</w:t>
      </w:r>
      <w:r w:rsidR="00810188">
        <w:rPr>
          <w:lang w:val="sr-Cyrl-RS"/>
        </w:rPr>
        <w:t xml:space="preserve"> с.р.</w:t>
      </w:r>
    </w:p>
    <w:sectPr w:rsidR="00CB4640" w:rsidRPr="00810188" w:rsidSect="00034616">
      <w:pgSz w:w="11906" w:h="16838"/>
      <w:pgMar w:top="1134" w:right="1134" w:bottom="1134" w:left="1417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7A98"/>
    <w:rsid w:val="00034616"/>
    <w:rsid w:val="0006063C"/>
    <w:rsid w:val="000949DE"/>
    <w:rsid w:val="000B63AC"/>
    <w:rsid w:val="0015074B"/>
    <w:rsid w:val="001F08C2"/>
    <w:rsid w:val="0029639D"/>
    <w:rsid w:val="00326F90"/>
    <w:rsid w:val="00550D23"/>
    <w:rsid w:val="00575547"/>
    <w:rsid w:val="007C336A"/>
    <w:rsid w:val="00810188"/>
    <w:rsid w:val="009E5B43"/>
    <w:rsid w:val="00AA1D8D"/>
    <w:rsid w:val="00B47730"/>
    <w:rsid w:val="00CB0664"/>
    <w:rsid w:val="00CB4640"/>
    <w:rsid w:val="00D70AD9"/>
    <w:rsid w:val="00DF1CC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0BA5E4"/>
  <w14:defaultImageDpi w14:val="300"/>
  <w15:docId w15:val="{0E24D20A-C8CC-4926-BEB3-9C9B698AC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  <w:jc w:val="both"/>
    </w:pPr>
    <w:rPr>
      <w:rFonts w:ascii="Arial" w:eastAsia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283DCFC-84E9-42E3-B554-D7482211F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1007</Words>
  <Characters>5741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Win7</cp:lastModifiedBy>
  <cp:revision>6</cp:revision>
  <dcterms:created xsi:type="dcterms:W3CDTF">2026-10-12T09:45:00Z</dcterms:created>
  <dcterms:modified xsi:type="dcterms:W3CDTF">2026-10-12T12:36:00Z</dcterms:modified>
  <cp:category/>
</cp:coreProperties>
</file>